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525" w:rsidRPr="00E552DC" w:rsidRDefault="00680172">
      <w:pPr>
        <w:rPr>
          <w:lang w:val="ru-RU"/>
        </w:rPr>
        <w:sectPr w:rsidR="00E07525" w:rsidRPr="00E552DC">
          <w:pgSz w:w="11900" w:h="16840"/>
          <w:pgMar w:top="1440" w:right="1440" w:bottom="1440" w:left="1440" w:header="720" w:footer="720" w:gutter="0"/>
          <w:cols w:space="720" w:equalWidth="0">
            <w:col w:w="9584" w:space="0"/>
          </w:cols>
          <w:docGrid w:linePitch="360"/>
        </w:sectPr>
      </w:pPr>
      <w:r>
        <w:rPr>
          <w:lang w:val="ru-RU"/>
        </w:rPr>
        <w:t xml:space="preserve"> </w:t>
      </w:r>
      <w:r w:rsidR="007B5484">
        <w:rPr>
          <w:noProof/>
          <w:lang w:val="ru-RU" w:eastAsia="ru-RU"/>
        </w:rPr>
        <w:drawing>
          <wp:inline distT="0" distB="0" distL="0" distR="0">
            <wp:extent cx="5727700" cy="866498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66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525" w:rsidRPr="00E552DC" w:rsidRDefault="00E07525">
      <w:pPr>
        <w:autoSpaceDE w:val="0"/>
        <w:autoSpaceDN w:val="0"/>
        <w:spacing w:after="78" w:line="220" w:lineRule="exact"/>
        <w:rPr>
          <w:lang w:val="ru-RU"/>
        </w:rPr>
      </w:pPr>
    </w:p>
    <w:p w:rsidR="00E07525" w:rsidRPr="00E552DC" w:rsidRDefault="00E552DC">
      <w:pPr>
        <w:autoSpaceDE w:val="0"/>
        <w:autoSpaceDN w:val="0"/>
        <w:spacing w:after="0" w:line="286" w:lineRule="auto"/>
        <w:ind w:right="288"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Минпросвещения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России от 31 05 2021 г № 287, зарегистрирован Министерством юстиции Российской Федерации 05 07 2021 г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,</w:t>
      </w:r>
      <w:proofErr w:type="spellStart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рег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номер — 64101) (далее — 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Примерной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E07525" w:rsidRPr="00E552DC" w:rsidRDefault="00E552DC">
      <w:pPr>
        <w:autoSpaceDE w:val="0"/>
        <w:autoSpaceDN w:val="0"/>
        <w:spacing w:before="226"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E07525" w:rsidRPr="00E552DC" w:rsidRDefault="00E552DC">
      <w:pPr>
        <w:autoSpaceDE w:val="0"/>
        <w:autoSpaceDN w:val="0"/>
        <w:spacing w:before="348" w:after="0"/>
        <w:ind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 и  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  результаты  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 курса   русского   языка,   реализованных в большей части входящих в Федеральный перечень УМК по русскому языку. </w:t>
      </w:r>
    </w:p>
    <w:p w:rsidR="00E07525" w:rsidRPr="00E552DC" w:rsidRDefault="00E552DC">
      <w:pPr>
        <w:autoSpaceDE w:val="0"/>
        <w:autoSpaceDN w:val="0"/>
        <w:spacing w:before="262"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«РУССКИЙ ЯЗЫК»</w:t>
      </w:r>
    </w:p>
    <w:p w:rsidR="00E07525" w:rsidRPr="00E552DC" w:rsidRDefault="00E552DC">
      <w:pPr>
        <w:autoSpaceDE w:val="0"/>
        <w:autoSpaceDN w:val="0"/>
        <w:spacing w:before="166" w:after="0"/>
        <w:ind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Русский язык —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межнационального общения русский язык является средством коммуникации всех народов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Российской Федерации, основой их социально-экономической, культурной и духовной консолидации.</w:t>
      </w:r>
    </w:p>
    <w:p w:rsidR="00E07525" w:rsidRPr="00E552DC" w:rsidRDefault="00E552DC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иситуациях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 определяют успешность социализации личности и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возможности её самореализации в различных жизненно важных для человека областях.</w:t>
      </w:r>
    </w:p>
    <w:p w:rsidR="00E07525" w:rsidRPr="00E552DC" w:rsidRDefault="00E552DC">
      <w:pPr>
        <w:autoSpaceDE w:val="0"/>
        <w:autoSpaceDN w:val="0"/>
        <w:spacing w:before="70" w:after="0"/>
        <w:ind w:right="720"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E07525" w:rsidRPr="00E552DC" w:rsidRDefault="00E552DC">
      <w:pPr>
        <w:autoSpaceDE w:val="0"/>
        <w:autoSpaceDN w:val="0"/>
        <w:spacing w:before="72" w:after="0"/>
        <w:ind w:right="432"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Обучение русскому языку в школе направлено на совершенствование нравственной и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коммуникативной культуры ученика, развитие его интеллектуальных и творческих способностей, мышления, памяти и воображения, навыков самостоятельной учебной деятельности,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самообразования.</w:t>
      </w:r>
    </w:p>
    <w:p w:rsidR="00E07525" w:rsidRPr="00E552DC" w:rsidRDefault="00E552DC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текстовая деятельность является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системообразующей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доминантой школьного курса русского языка.</w:t>
      </w:r>
    </w:p>
    <w:p w:rsidR="00E07525" w:rsidRPr="00E552DC" w:rsidRDefault="00E552DC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Соответствующие умения и навыки представлены в перечне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предметных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обучения, в содержании обучения (разделы «Язык и речь», «Текст», «Функциональные разновидности языка»).</w:t>
      </w:r>
    </w:p>
    <w:p w:rsidR="00E07525" w:rsidRPr="00E552DC" w:rsidRDefault="00E552DC">
      <w:pPr>
        <w:autoSpaceDE w:val="0"/>
        <w:autoSpaceDN w:val="0"/>
        <w:spacing w:before="262"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«РУССКИЙ ЯЗЫК»</w:t>
      </w:r>
    </w:p>
    <w:p w:rsidR="00E07525" w:rsidRPr="00E552DC" w:rsidRDefault="00E552DC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Целями изучения русского языка по программам основного общего образования являются:</w:t>
      </w: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98" w:right="650" w:bottom="4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78" w:line="220" w:lineRule="exact"/>
        <w:rPr>
          <w:lang w:val="ru-RU"/>
        </w:rPr>
      </w:pPr>
    </w:p>
    <w:p w:rsidR="00E07525" w:rsidRPr="00E552DC" w:rsidRDefault="00E552DC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получения знаний в разных сферах ​человеческой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деятельности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;п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роявление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уважения к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общероссийской и русской культуре, к культуре и языкам всех народов Российской Федерации;</w:t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использование в собственной речевой практике разнообразных грамматических средств;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совершенствование орфографической и пунктуационной грамотности; воспитание стремления к речевому самосовершенствованию;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совершенствование речевой деятельности, коммуникативных умений, обеспечивающих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и т. п. в процессе изучения русского языка;</w:t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развитие функциональной грамотности: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несплошной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текст,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инфографика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и др.);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E07525" w:rsidRPr="00E552DC" w:rsidRDefault="00E552DC">
      <w:pPr>
        <w:autoSpaceDE w:val="0"/>
        <w:autoSpaceDN w:val="0"/>
        <w:spacing w:before="262"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«РУССКИЙ ЯЗЫК» В УЧЕБНОМ ПЛАНЕ</w:t>
      </w:r>
    </w:p>
    <w:p w:rsidR="00E07525" w:rsidRPr="00E552DC" w:rsidRDefault="00E552DC">
      <w:pPr>
        <w:autoSpaceDE w:val="0"/>
        <w:autoSpaceDN w:val="0"/>
        <w:spacing w:before="166" w:after="0" w:line="271" w:lineRule="auto"/>
        <w:ind w:right="144"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основного общего образования учебный предмет «Русский язык» входит в  предметную  область  «Русский язык и литература» и является обязательным для  изучения.</w:t>
      </w:r>
    </w:p>
    <w:p w:rsidR="00E07525" w:rsidRPr="00E552DC" w:rsidRDefault="00E552DC">
      <w:pPr>
        <w:autoSpaceDE w:val="0"/>
        <w:autoSpaceDN w:val="0"/>
        <w:spacing w:before="72" w:after="0" w:line="271" w:lineRule="auto"/>
        <w:ind w:right="576"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Содержание учебного предмета «Русский язык», представленное в рабочей программе, соответствует ФГОС ООО, Примерной основной образовательной программе основного общего образования.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Учебным планом на изучение русского языка в 5 классе отводится  - 170 ч. (5 часов в неделю).</w:t>
      </w: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98" w:right="702" w:bottom="1440" w:left="666" w:header="720" w:footer="720" w:gutter="0"/>
          <w:cols w:space="720" w:equalWidth="0">
            <w:col w:w="10532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78" w:line="220" w:lineRule="exact"/>
        <w:rPr>
          <w:lang w:val="ru-RU"/>
        </w:rPr>
      </w:pPr>
    </w:p>
    <w:p w:rsidR="00E07525" w:rsidRPr="00E552DC" w:rsidRDefault="00E552DC">
      <w:pPr>
        <w:autoSpaceDE w:val="0"/>
        <w:autoSpaceDN w:val="0"/>
        <w:spacing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E07525" w:rsidRPr="00E552DC" w:rsidRDefault="00E552DC">
      <w:pPr>
        <w:autoSpaceDE w:val="0"/>
        <w:autoSpaceDN w:val="0"/>
        <w:spacing w:before="346" w:after="0" w:line="271" w:lineRule="auto"/>
        <w:ind w:left="180" w:right="5616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Богатство и выразительность русского языка.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Лингвистика как наука о языке.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Основные разделы лингвистики.</w:t>
      </w:r>
    </w:p>
    <w:p w:rsidR="00E07525" w:rsidRPr="00E552DC" w:rsidRDefault="00E552DC">
      <w:pPr>
        <w:autoSpaceDE w:val="0"/>
        <w:autoSpaceDN w:val="0"/>
        <w:spacing w:before="190" w:after="0" w:line="262" w:lineRule="auto"/>
        <w:ind w:left="180" w:right="1872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Язык и речь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Язык и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речь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.Р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ечь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устная и письменная, монологическая и диалогическая,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полилог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Виды речевой деятельности (говорение, слушание, чтение, письмо), их особенности.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2" w:after="0" w:line="262" w:lineRule="auto"/>
        <w:ind w:right="1008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Участие в диалоге на лингвистические темы (в рамках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 и темы на основе жизненных наблюдений.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Речевые формулы приветствия, прощания, просьбы, благодарности.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Виды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аудирования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выборочное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, ознакомительное, детальное.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Виды чтения: изучающее, ознакомительное, просмотровое, поисковое.</w:t>
      </w:r>
    </w:p>
    <w:p w:rsidR="00E07525" w:rsidRPr="00E552DC" w:rsidRDefault="00E552DC">
      <w:pPr>
        <w:autoSpaceDE w:val="0"/>
        <w:autoSpaceDN w:val="0"/>
        <w:spacing w:before="190" w:after="0" w:line="262" w:lineRule="auto"/>
        <w:ind w:left="180" w:right="144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Текст </w:t>
      </w:r>
      <w:r w:rsidRPr="00E552DC">
        <w:rPr>
          <w:lang w:val="ru-RU"/>
        </w:rPr>
        <w:br/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Текст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и его основные признаки. Тема и главная мысль текста.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Микротема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текста. Ключевые слова.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Повествование как тип речи. Рассказ.</w:t>
      </w:r>
    </w:p>
    <w:p w:rsidR="00E07525" w:rsidRPr="00E552DC" w:rsidRDefault="00E552DC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Смысловой анализ текста: его композиционных особенностей,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микротем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и абзацев, способов и сре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дств св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2" w:after="0" w:line="262" w:lineRule="auto"/>
        <w:ind w:right="144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Информационная переработка текста: простой и сложный план текста.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190" w:after="0" w:line="271" w:lineRule="auto"/>
        <w:ind w:right="1584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Функциональные разновидности языка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E07525" w:rsidRPr="00E552DC" w:rsidRDefault="00E552DC">
      <w:pPr>
        <w:autoSpaceDE w:val="0"/>
        <w:autoSpaceDN w:val="0"/>
        <w:spacing w:before="190" w:after="0" w:line="271" w:lineRule="auto"/>
        <w:ind w:left="180" w:right="5472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СИСТЕМА ЯЗЫКА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Фонетика. Графика. Орфоэпия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Фонетика и графика как разделы лингвистики.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Звук как единица языка. Смыслоразличительная роль звука.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Система гласных звуков.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Система согласных звуков.</w:t>
      </w:r>
    </w:p>
    <w:p w:rsidR="00E07525" w:rsidRPr="00E552DC" w:rsidRDefault="00E552DC">
      <w:pPr>
        <w:autoSpaceDE w:val="0"/>
        <w:autoSpaceDN w:val="0"/>
        <w:spacing w:before="70" w:after="0" w:line="262" w:lineRule="auto"/>
        <w:ind w:left="180" w:right="2448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Изменение звуков в речевом потоке. Элементы фонетической транскрипции. Слог. Ударение. Свойства русского ударения.</w:t>
      </w: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98" w:right="650" w:bottom="3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78" w:line="220" w:lineRule="exact"/>
        <w:rPr>
          <w:lang w:val="ru-RU"/>
        </w:rPr>
      </w:pPr>
    </w:p>
    <w:p w:rsidR="00E07525" w:rsidRPr="00E552DC" w:rsidRDefault="00E552DC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Соотношение звуков и букв.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Фонетический анализ слова.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Способы обозначения [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й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’], мягкости согласных.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Основные выразительные средства фонетики.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Прописные и строчные буквы.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Интонация, её функции. Основные элементы интонации.</w:t>
      </w:r>
    </w:p>
    <w:p w:rsidR="00E07525" w:rsidRPr="00E552DC" w:rsidRDefault="00E552DC">
      <w:pPr>
        <w:autoSpaceDE w:val="0"/>
        <w:autoSpaceDN w:val="0"/>
        <w:spacing w:before="70" w:after="0" w:line="262" w:lineRule="auto"/>
        <w:ind w:left="180" w:right="6336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</w:t>
      </w:r>
      <w:r w:rsidRPr="00E552DC">
        <w:rPr>
          <w:lang w:val="ru-RU"/>
        </w:rPr>
        <w:br/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Орфография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раздел лингвистики.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Понятие «орфограмма». Буквенные и небуквенные орфограммы.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разделительных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ъ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E07525" w:rsidRPr="00E552DC" w:rsidRDefault="00E552DC">
      <w:pPr>
        <w:autoSpaceDE w:val="0"/>
        <w:autoSpaceDN w:val="0"/>
        <w:spacing w:before="72" w:after="0" w:line="262" w:lineRule="auto"/>
        <w:ind w:left="180" w:right="6192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Лексикология </w:t>
      </w:r>
      <w:r w:rsidRPr="00E552DC">
        <w:rPr>
          <w:lang w:val="ru-RU"/>
        </w:rPr>
        <w:br/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Лексикология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раздел лингвистики.</w:t>
      </w:r>
    </w:p>
    <w:p w:rsidR="00E07525" w:rsidRPr="00E552DC" w:rsidRDefault="00E552DC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Синонимы. Антонимы. Омонимы. Паронимы.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Лексический анализ слов (в рамках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E07525" w:rsidRPr="00E552DC" w:rsidRDefault="00E552DC">
      <w:pPr>
        <w:autoSpaceDE w:val="0"/>
        <w:autoSpaceDN w:val="0"/>
        <w:spacing w:before="70" w:after="0" w:line="262" w:lineRule="auto"/>
        <w:ind w:left="180" w:right="6480"/>
        <w:rPr>
          <w:lang w:val="ru-RU"/>
        </w:rPr>
      </w:pPr>
      <w:proofErr w:type="spellStart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Морфемика</w:t>
      </w:r>
      <w:proofErr w:type="spellEnd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Орфография </w:t>
      </w:r>
      <w:r w:rsidRPr="00E552DC">
        <w:rPr>
          <w:lang w:val="ru-RU"/>
        </w:rPr>
        <w:br/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Морфемика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раздел лингвистики.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Чередование звуков в морфемах (в том числе чередование гласных с нулём звука).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Морфемный анализ слов.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Уместное использование слов с суффиксами оценки в собственной речи.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корней с безударными проверяемыми, непроверяемыми гласными (в рамках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корней с проверяемыми, непроверяемыми, ​непроизносимыми согласными (в рамках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E07525" w:rsidRPr="00E552DC" w:rsidRDefault="00E552DC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в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корне слова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E07525" w:rsidRPr="00E552DC" w:rsidRDefault="00E552DC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неизменяемых на письме приставок и приставок на </w:t>
      </w:r>
      <w:proofErr w:type="gram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(-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приставок.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E07525" w:rsidRPr="00E552DC" w:rsidRDefault="00E552DC">
      <w:pPr>
        <w:autoSpaceDE w:val="0"/>
        <w:autoSpaceDN w:val="0"/>
        <w:spacing w:before="70" w:after="0" w:line="262" w:lineRule="auto"/>
        <w:ind w:left="180" w:right="3024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Морфология. Культура речи. Орфография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Морфология как раздел грамматики. Грамматическое значение слова.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существительное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 </w:t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Род, число, падеж имени существительного.</w:t>
      </w: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98" w:right="780" w:bottom="428" w:left="666" w:header="720" w:footer="720" w:gutter="0"/>
          <w:cols w:space="720" w:equalWidth="0">
            <w:col w:w="10454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78" w:line="220" w:lineRule="exact"/>
        <w:rPr>
          <w:lang w:val="ru-RU"/>
        </w:rPr>
      </w:pPr>
    </w:p>
    <w:p w:rsidR="00E07525" w:rsidRPr="00E552DC" w:rsidRDefault="00E552DC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Имена существительные общего рода.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Имена существительные, имеющие форму только единственного или только множественного числа. </w:t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Морфологический анализ имён существительных.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1872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Правописание собственных имён существительных.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на конце имён существительных после шипящих.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окончаний имён существительных.</w:t>
      </w:r>
    </w:p>
    <w:p w:rsidR="00E07525" w:rsidRPr="00E552DC" w:rsidRDefault="00E552DC">
      <w:pPr>
        <w:autoSpaceDE w:val="0"/>
        <w:autoSpaceDN w:val="0"/>
        <w:spacing w:before="72" w:after="0" w:line="262" w:lineRule="auto"/>
        <w:ind w:left="180" w:right="432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) после шипящих и 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 имён существительных. Правописание суффиксов </w:t>
      </w:r>
      <w:proofErr w:type="gramStart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</w:t>
      </w:r>
      <w:proofErr w:type="gramEnd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ик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- 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щик</w:t>
      </w:r>
      <w:proofErr w:type="spellEnd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; 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ек</w:t>
      </w:r>
      <w:proofErr w:type="spellEnd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ик</w:t>
      </w:r>
      <w:proofErr w:type="spellEnd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- 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(-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 имён существительных.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корней с чередованием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//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</w:t>
      </w:r>
      <w:proofErr w:type="gramEnd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аг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лож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-; 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раст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ращ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рос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-; 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гар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гор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-,-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зар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зор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-;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-клан- 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-клон-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скак</w:t>
      </w:r>
      <w:proofErr w:type="spellEnd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- 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скоч</w:t>
      </w:r>
      <w:proofErr w:type="spellEnd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существительными.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прилагательное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Имена прилагательные полные и краткие, их синтаксические функции.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Склонение имён прилагательных. 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Морфологический анализ имён прилагательных.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окончаний имён прилагательных.</w:t>
      </w:r>
    </w:p>
    <w:p w:rsidR="00E07525" w:rsidRPr="00E552DC" w:rsidRDefault="00E552DC">
      <w:pPr>
        <w:autoSpaceDE w:val="0"/>
        <w:autoSpaceDN w:val="0"/>
        <w:spacing w:before="70" w:after="0" w:line="262" w:lineRule="auto"/>
        <w:ind w:left="180" w:right="1008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и 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 имён прилагательных. Правописание кратких форм имён прилагательных с основой на шипящий.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не 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 именами прилагательными.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71" w:lineRule="auto"/>
        <w:ind w:right="1296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Глагол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Глагол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Глаголы совершенного и несовершенного вида, возвратные и невозвратные.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E07525" w:rsidRPr="00E552DC" w:rsidRDefault="00E552DC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Спряжение глагола.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корней с чередованием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//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proofErr w:type="gramStart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: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gramEnd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бер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бир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блест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блист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дер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дир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-,-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жег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жиг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мер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мир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пер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пир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стел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стил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тер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тир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proofErr w:type="gram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</w:t>
      </w:r>
      <w:proofErr w:type="gramEnd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ся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ться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 глаголах, суффиксов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ова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 —-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ева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-,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ыва</w:t>
      </w:r>
      <w:proofErr w:type="spellEnd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-ива-</w:t>
      </w:r>
      <w:r w:rsidRPr="00E552DC">
        <w:rPr>
          <w:rFonts w:ascii="Times New Roman" w:eastAsia="Times New Roman" w:hAnsi="Times New Roman"/>
          <w:i/>
          <w:color w:val="000000"/>
          <w:sz w:val="24"/>
          <w:lang w:val="ru-RU"/>
        </w:rPr>
        <w:t>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личных окончаний глагола.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гласной перед суффиксом </w:t>
      </w:r>
      <w:proofErr w:type="gram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-л</w:t>
      </w:r>
      <w:proofErr w:type="gramEnd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 формах прошедшего времени глагола.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с глаголами.</w:t>
      </w:r>
    </w:p>
    <w:p w:rsidR="00E07525" w:rsidRPr="00E552DC" w:rsidRDefault="00E552DC">
      <w:pPr>
        <w:autoSpaceDE w:val="0"/>
        <w:autoSpaceDN w:val="0"/>
        <w:spacing w:before="70" w:after="0" w:line="262" w:lineRule="auto"/>
        <w:ind w:left="180" w:right="864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Синтаксис. Культура речи. Пунктуация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Синтаксис как раздел грамматики. Словосочетание и предложение как единицы синтаксиса.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Словосочетание и его признаки. Основные виды словосочетаний по морфологическим свойствам</w:t>
      </w: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98" w:right="682" w:bottom="428" w:left="666" w:header="720" w:footer="720" w:gutter="0"/>
          <w:cols w:space="720" w:equalWidth="0">
            <w:col w:w="10552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66" w:line="220" w:lineRule="exact"/>
        <w:rPr>
          <w:lang w:val="ru-RU"/>
        </w:rPr>
      </w:pPr>
    </w:p>
    <w:p w:rsidR="00E07525" w:rsidRPr="00E552DC" w:rsidRDefault="00E552DC">
      <w:pPr>
        <w:autoSpaceDE w:val="0"/>
        <w:autoSpaceDN w:val="0"/>
        <w:spacing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главного слова (именные, глагольные, наречные). Средства связи слов в словосочетании.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Синтаксический анализ словосочетания.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Предложение и его признаки. Виды предложений по цели высказывания и эмоциональной окраске.</w:t>
      </w:r>
    </w:p>
    <w:p w:rsidR="00E07525" w:rsidRPr="00E552DC" w:rsidRDefault="00E552DC">
      <w:pPr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E07525" w:rsidRPr="00E552DC" w:rsidRDefault="00E552DC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Главные члены предложения (грамматическая основа). 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морфологические средства его выражения: глаголом, именем существительным, именем прилагательным.</w:t>
      </w:r>
    </w:p>
    <w:p w:rsidR="00E07525" w:rsidRPr="00E552DC" w:rsidRDefault="00E552DC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Тире между подлежащим и сказуемым.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</w:t>
      </w:r>
    </w:p>
    <w:p w:rsidR="00E07525" w:rsidRPr="00E552DC" w:rsidRDefault="00E552DC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Дополнение (прямое и косвенное) и типичные средства его выражения.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E07525" w:rsidRPr="00E552DC" w:rsidRDefault="00E552DC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Предложения с однородными членами (без союзов, с одиночным союзом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союзами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).</w:t>
      </w:r>
      <w:proofErr w:type="gramEnd"/>
    </w:p>
    <w:p w:rsidR="00E07525" w:rsidRPr="00E552DC" w:rsidRDefault="00E552DC">
      <w:pPr>
        <w:autoSpaceDE w:val="0"/>
        <w:autoSpaceDN w:val="0"/>
        <w:spacing w:before="70"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Предложения с обобщающим словом при однородных членах.</w:t>
      </w:r>
    </w:p>
    <w:p w:rsidR="00E07525" w:rsidRPr="00E552DC" w:rsidRDefault="00E552DC">
      <w:pPr>
        <w:autoSpaceDE w:val="0"/>
        <w:autoSpaceDN w:val="0"/>
        <w:spacing w:before="70" w:after="0" w:line="262" w:lineRule="auto"/>
        <w:ind w:left="180" w:right="72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Предложения с обращением, особенности интонации. Обращение и средства его выражения. Синтаксический анализ простого и простого осложнённого предложений.</w:t>
      </w:r>
    </w:p>
    <w:p w:rsidR="00E07525" w:rsidRPr="00E552DC" w:rsidRDefault="00E552DC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союзами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).</w:t>
      </w:r>
      <w:proofErr w:type="gramEnd"/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Предложения простые и сложные. Сложные предложения с бессоюзной и союзной связью.</w:t>
      </w:r>
    </w:p>
    <w:p w:rsidR="00E07525" w:rsidRPr="00E552DC" w:rsidRDefault="00E552DC">
      <w:pPr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Предложения сложносочинённые и сложноподчинённые (общее представление, практическое усвоение).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E07525" w:rsidRPr="00E552DC" w:rsidRDefault="00E552DC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Предложения с прямой речью.</w:t>
      </w:r>
    </w:p>
    <w:p w:rsidR="00E07525" w:rsidRPr="00E552DC" w:rsidRDefault="00E552DC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Пунктуационное оформление предложений с прямой речью.</w:t>
      </w:r>
    </w:p>
    <w:p w:rsidR="00E07525" w:rsidRPr="00E552DC" w:rsidRDefault="00E552DC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Диалог.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Пунктуационное оформление диалога на письме.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Пунктуация как раздел лингвистики.</w:t>
      </w: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86" w:right="656" w:bottom="1440" w:left="666" w:header="720" w:footer="720" w:gutter="0"/>
          <w:cols w:space="720" w:equalWidth="0">
            <w:col w:w="10578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78" w:line="220" w:lineRule="exact"/>
        <w:rPr>
          <w:lang w:val="ru-RU"/>
        </w:rPr>
      </w:pPr>
    </w:p>
    <w:p w:rsidR="00E07525" w:rsidRPr="00E552DC" w:rsidRDefault="00E552DC">
      <w:pPr>
        <w:autoSpaceDE w:val="0"/>
        <w:autoSpaceDN w:val="0"/>
        <w:spacing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E07525" w:rsidRPr="00E552DC" w:rsidRDefault="00E552DC">
      <w:pPr>
        <w:autoSpaceDE w:val="0"/>
        <w:autoSpaceDN w:val="0"/>
        <w:spacing w:before="346"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E07525" w:rsidRPr="00E552DC" w:rsidRDefault="00E552DC">
      <w:pPr>
        <w:autoSpaceDE w:val="0"/>
        <w:autoSpaceDN w:val="0"/>
        <w:spacing w:before="166" w:after="0" w:line="281" w:lineRule="auto"/>
        <w:ind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социокультурными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самовоспитания и саморазвития, формирования внутренней позиции личности.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proofErr w:type="gram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Гражданского воспитания: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понимание роли различных социальных институтов в жизни человека;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многоконфессиональном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обществе,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формируемое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к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волонтёрство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Патриотического воспитания: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российской гражданской идентичности в поликультурном и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многоконфессиональном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обществе, понимание 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E552DC">
        <w:rPr>
          <w:lang w:val="ru-RU"/>
        </w:rPr>
        <w:tab/>
      </w:r>
      <w:proofErr w:type="gram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Духовно-нравственного воспитания: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моральные ценности и нормы в ситуациях нравственного выбора; готовность оценивать своё поведение, в том числе речевое, и поступки, а также поведение и поступки других людей с позиции нравственных и правовых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нормс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учётом осознания последствий поступков; активное неприятие асоциальных поступков; свобода и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ответственностьличности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 условиях индивидуального и общественного пространства.</w:t>
      </w:r>
      <w:proofErr w:type="gramEnd"/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E552DC">
        <w:rPr>
          <w:lang w:val="ru-RU"/>
        </w:rPr>
        <w:tab/>
      </w:r>
      <w:proofErr w:type="gram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Эстетического воспитания: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восприимчивость к разным видам искусства, традициям и творчеству своего и других народов; 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</w:t>
      </w:r>
      <w:proofErr w:type="gramEnd"/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66" w:line="220" w:lineRule="exact"/>
        <w:rPr>
          <w:lang w:val="ru-RU"/>
        </w:rPr>
      </w:pPr>
    </w:p>
    <w:p w:rsidR="00E07525" w:rsidRPr="00E552DC" w:rsidRDefault="00E552DC">
      <w:pPr>
        <w:autoSpaceDE w:val="0"/>
        <w:autoSpaceDN w:val="0"/>
        <w:spacing w:after="0" w:line="230" w:lineRule="auto"/>
        <w:rPr>
          <w:lang w:val="ru-RU"/>
        </w:rPr>
      </w:pP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видах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искусства.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Физического воспитания, формирования культуры здоровья и эмоционального благополучия: </w:t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жизни с опорой на собственный жизненный и читательский опыт;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</w:t>
      </w:r>
      <w:proofErr w:type="spellStart"/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употреб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ление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интернет-среде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собственный опыт и выстраивая дальнейшие цели;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принимать себя и других, не осуждая;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навыков рефлексии, признание своего права на ошибку и такого же права другого человека.</w:t>
      </w:r>
      <w:proofErr w:type="gramEnd"/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Трудового воспитания: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выполнять такого рода деятельность;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интерес к практическому изучению профессий и труда ​раз​личного рода, в том числе на основе применения </w:t>
      </w:r>
      <w:proofErr w:type="spellStart"/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изучае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мого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предметного знания и ознакомления с деятельностью филологов,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E552DC">
        <w:rPr>
          <w:lang w:val="ru-RU"/>
        </w:rPr>
        <w:tab/>
      </w:r>
      <w:proofErr w:type="gram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Экологического воспитания: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 </w:t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технологической и социальной сред; готовность к участию в практической деятельности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экологической направленности.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E552DC">
        <w:rPr>
          <w:lang w:val="ru-RU"/>
        </w:rPr>
        <w:tab/>
      </w:r>
      <w:proofErr w:type="gram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Ценности научного познания: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чело​века,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​чтения как средства познания мира; овладение основными навыками исследовательской деятельности с учётом специфики школьного языкового образования;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установка на осмысление опыта, наблюдений, поступков и стремление совершенствовать пути достижения индивидуального и коллективного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благо​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получия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E07525" w:rsidRPr="00E552DC" w:rsidRDefault="00E552DC">
      <w:pPr>
        <w:autoSpaceDE w:val="0"/>
        <w:autoSpaceDN w:val="0"/>
        <w:spacing w:before="70" w:after="0" w:line="262" w:lineRule="auto"/>
        <w:ind w:left="144" w:right="1008"/>
        <w:jc w:val="center"/>
        <w:rPr>
          <w:lang w:val="ru-RU"/>
        </w:rPr>
      </w:pP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Адаптации обучающегося к изменяющимся условиям социальной и природной среды: 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социального опыта, основных социальных ролей, норм и правил</w:t>
      </w: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86" w:right="680" w:bottom="438" w:left="666" w:header="720" w:footer="720" w:gutter="0"/>
          <w:cols w:space="720" w:equalWidth="0">
            <w:col w:w="10554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66" w:line="220" w:lineRule="exact"/>
        <w:rPr>
          <w:lang w:val="ru-RU"/>
        </w:rPr>
      </w:pPr>
    </w:p>
    <w:p w:rsidR="00E07525" w:rsidRPr="00E552DC" w:rsidRDefault="00E552DC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потребность во взаимодействии в условиях неопределённости, открытость опыту и знаниям других;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осознавать стрессовую ситуацию, оценивать происходящие изменения и их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последствия, опираясь на жизненный, речевой и читательский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опыт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;в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оспринимать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стрессовую ситуацию как вызов, требующий контрмер; оценивать ситуацию стресса, корректировать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:rsidR="00E07525" w:rsidRPr="00E552DC" w:rsidRDefault="00E552DC">
      <w:pPr>
        <w:autoSpaceDE w:val="0"/>
        <w:autoSpaceDN w:val="0"/>
        <w:spacing w:before="262"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166" w:after="0" w:line="288" w:lineRule="auto"/>
        <w:ind w:right="288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Овладение универсальными учебными познавательными действиями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логические действия: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языковых единиц, языковых явлений и процессов;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дефицит информации текста, необходимой для решения поставленной учебной задачи; </w:t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</w:t>
      </w:r>
      <w:proofErr w:type="spellStart"/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оптималь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вариант с учётом самостоятельно выделенных критериев.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E552DC">
        <w:rPr>
          <w:lang w:val="ru-RU"/>
        </w:rPr>
        <w:tab/>
      </w:r>
      <w:proofErr w:type="gram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 в языковом образовании; </w:t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вопросы, фиксирующие несоответствие между реальным и желательным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состоянием ситуации, и самостоятельно устанавливать искомое и данное;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формировать гипотезу об истинности собственных суждений и суждений других, аргументировать свою позицию, мнение;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составлять алгоритм действий и использовать его для решения учебных задач;</w:t>
      </w:r>
      <w:proofErr w:type="gramEnd"/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86" w:right="634" w:bottom="296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90" w:line="220" w:lineRule="exact"/>
        <w:rPr>
          <w:lang w:val="ru-RU"/>
        </w:rPr>
      </w:pPr>
    </w:p>
    <w:p w:rsidR="00E07525" w:rsidRPr="00E552DC" w:rsidRDefault="00E552DC">
      <w:pPr>
        <w:tabs>
          <w:tab w:val="left" w:pos="180"/>
        </w:tabs>
        <w:autoSpaceDE w:val="0"/>
        <w:autoSpaceDN w:val="0"/>
        <w:spacing w:after="0" w:line="283" w:lineRule="auto"/>
        <w:ind w:right="288"/>
        <w:rPr>
          <w:lang w:val="ru-RU"/>
        </w:rPr>
      </w:pPr>
      <w:r w:rsidRPr="00E552DC">
        <w:rPr>
          <w:lang w:val="ru-RU"/>
        </w:rPr>
        <w:tab/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 применимость и достоверность информацию, полученную в ходе лингвистического исследования (эксперимента);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 </w:t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  <w:proofErr w:type="gramEnd"/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различные методы, инструменты и запросы при поиске и отборе информации с учётом предложенной учебной задачи и заданных критериев;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выбирать, анализировать, интерпретировать, обобщать и систематизировать информацию, представленную в текстах, </w:t>
      </w:r>
      <w:proofErr w:type="spellStart"/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таб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​лицах, схемах;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различные виды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аудирования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и чтения для оценки текста с точки зрения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достоверности и применимости содержащейся в нём информации и усвоения необходимой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информации с целью решения учебных задач;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смысловое чтение для извлечения, обобщения и систематизации информации из одного или нескольких источников с учётом поставленных целей;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надёжность информации по критериям,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пред​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ложенным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учителем или сформулированным самостоятельно;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эффективно запоминать и систематизировать информацию.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</w:t>
      </w:r>
      <w:proofErr w:type="gramStart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коммуникативными действиями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Общение: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невербальные средства общения, понимать значение социальных знаков;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и распознавать предпосылки конфликтных ситуаций и смягчать конфликты, вести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переговоры;</w:t>
      </w:r>
      <w:proofErr w:type="gramEnd"/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публично представлять результаты проведённого языкового анализа, выполненного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лингвистического эксперимента, исследования, проекта;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E07525" w:rsidRPr="00E552DC" w:rsidRDefault="00E552DC">
      <w:pPr>
        <w:autoSpaceDE w:val="0"/>
        <w:autoSpaceDN w:val="0"/>
        <w:spacing w:before="70" w:after="0" w:line="262" w:lineRule="auto"/>
        <w:ind w:left="180" w:right="864"/>
        <w:rPr>
          <w:lang w:val="ru-RU"/>
        </w:rPr>
      </w:pP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использовать преимущества командной и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ин​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дивидуальной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работы при решении</w:t>
      </w: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310" w:right="670" w:bottom="356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66" w:line="220" w:lineRule="exact"/>
        <w:rPr>
          <w:lang w:val="ru-RU"/>
        </w:rPr>
      </w:pPr>
    </w:p>
    <w:p w:rsidR="00E07525" w:rsidRPr="00E552DC" w:rsidRDefault="00E552DC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конкретной проблемы, ​обосновывать необходимость применения групповых форм ​взаимодействия при решении поставленной задачи;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</w:t>
      </w:r>
      <w:proofErr w:type="spellStart"/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совмест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​ной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работы; уметь обобщать мнения нескольких людей, проявлять готовность руководить, выполнять поручения, подчиняться;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 </w:t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  <w:proofErr w:type="gramEnd"/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качество своего вклада в общий продукт по критериям, самостоятельно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</w:t>
      </w:r>
      <w:proofErr w:type="gramStart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регулятивными действиями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Самоорганизация: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проблемы для решения в учебных и жизненных ситуациях;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различных подходах к принятию решений (индивидуальное, принятие решения в группе, принятие решения группой);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  <w:proofErr w:type="gramEnd"/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составлять план действий, вносить необходимые коррективы в ходе его реализации; </w:t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делать выбор и брать ответственность за решение.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Самоконтроль: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разными способами самоконтроля (в том числе речевого),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самомотивации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и рефлексии; </w:t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учебной ситуации и предлагать план её изменения;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предвидеть трудности, которые могут возникнуть при решении учебной задачи, и адаптировать решение к меняющимся обстоятельствам;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достижения (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) результата </w:t>
      </w:r>
      <w:proofErr w:type="spellStart"/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дея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тельности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Эмоциональный интеллект: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развивать способность управлять собственными эмоциями и эмоциями других;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 w:rsidR="00E07525" w:rsidRPr="00E552DC" w:rsidRDefault="00E552DC">
      <w:pPr>
        <w:autoSpaceDE w:val="0"/>
        <w:autoSpaceDN w:val="0"/>
        <w:spacing w:before="70" w:after="0" w:line="281" w:lineRule="auto"/>
        <w:ind w:left="180" w:right="4464"/>
        <w:rPr>
          <w:lang w:val="ru-RU"/>
        </w:rPr>
      </w:pP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Принятие себя и других: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осознанно относиться к другому человеку и его мнению; признавать своё и чужое право на ошибку;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себя и других, не осуждая;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открытость;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осознавать невозможность контролировать всё вокруг.</w:t>
      </w:r>
    </w:p>
    <w:p w:rsidR="00E07525" w:rsidRPr="00E552DC" w:rsidRDefault="00E552DC">
      <w:pPr>
        <w:autoSpaceDE w:val="0"/>
        <w:autoSpaceDN w:val="0"/>
        <w:spacing w:before="262"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86" w:right="686" w:bottom="452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78" w:line="220" w:lineRule="exact"/>
        <w:rPr>
          <w:lang w:val="ru-RU"/>
        </w:rPr>
      </w:pPr>
    </w:p>
    <w:p w:rsidR="00E07525" w:rsidRPr="00E552DC" w:rsidRDefault="00E552DC">
      <w:pPr>
        <w:tabs>
          <w:tab w:val="left" w:pos="180"/>
        </w:tabs>
        <w:autoSpaceDE w:val="0"/>
        <w:autoSpaceDN w:val="0"/>
        <w:spacing w:after="0" w:line="271" w:lineRule="auto"/>
        <w:ind w:right="144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Общие сведения о языке</w:t>
      </w:r>
      <w:proofErr w:type="gramStart"/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сознавать богатство и выразительность русского языка, приводить примеры, свидетельствующие об этом.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Язык и речь</w:t>
      </w:r>
      <w:proofErr w:type="gramStart"/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Х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Участвовать в диалоге на лингвистические темы (в рамках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 и в диалоге/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полилоге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жизненных наблюдений объёмом не менее 3 реплик.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различными видами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аудирования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: выборочным, ​ознакомительным, детальным — научно-учебных и художественных текстов различных функционально-смысловых типов речи.</w:t>
      </w:r>
    </w:p>
    <w:p w:rsidR="00E07525" w:rsidRPr="00E552DC" w:rsidRDefault="00E552DC">
      <w:pPr>
        <w:autoSpaceDE w:val="0"/>
        <w:autoSpaceDN w:val="0"/>
        <w:spacing w:before="70" w:after="0" w:line="262" w:lineRule="auto"/>
        <w:ind w:left="180" w:right="288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Владеть различными видами чтения: просмотровым, ознакомительным, изучающим, поисковым. Устно пересказывать прочитанный или прослушанный текст объёмом не менее 100 слов.</w:t>
      </w:r>
    </w:p>
    <w:p w:rsidR="00E07525" w:rsidRPr="00E552DC" w:rsidRDefault="00E552DC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для сжатого изложения — не менее 110 слов).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Осуществлять выбор языковых сре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дств дл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я создания высказывания в соответствии с целью, темой и коммуникативным замыслом.</w:t>
      </w:r>
    </w:p>
    <w:p w:rsidR="00E07525" w:rsidRPr="00E552DC" w:rsidRDefault="00E552DC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пунктограммы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и слова с непроверяемыми написаниями);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192" w:after="0" w:line="281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Текст</w:t>
      </w:r>
      <w:proofErr w:type="gramStart"/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микротем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и абзацев.</w:t>
      </w:r>
    </w:p>
    <w:p w:rsidR="00E07525" w:rsidRPr="00E552DC" w:rsidRDefault="00E552DC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</w:t>
      </w:r>
      <w:proofErr w:type="spellStart"/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функ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ционально-смысловому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типу речи.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 </w:t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знание основных признаков текста (повествование) в практике его создания.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552DC">
        <w:rPr>
          <w:lang w:val="ru-RU"/>
        </w:rPr>
        <w:tab/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</w:t>
      </w:r>
      <w:proofErr w:type="gramEnd"/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98" w:right="674" w:bottom="308" w:left="666" w:header="720" w:footer="720" w:gutter="0"/>
          <w:cols w:space="720" w:equalWidth="0">
            <w:col w:w="10560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78" w:line="220" w:lineRule="exact"/>
        <w:rPr>
          <w:lang w:val="ru-RU"/>
        </w:rPr>
      </w:pPr>
    </w:p>
    <w:p w:rsidR="00E07525" w:rsidRPr="00E552DC" w:rsidRDefault="00E552DC">
      <w:pPr>
        <w:autoSpaceDE w:val="0"/>
        <w:autoSpaceDN w:val="0"/>
        <w:spacing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сочинения объёмом не менее 70 слов).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Восстанавливать деформированный текст; осуществлять корректировку восстановленного текста с опорой на образец. </w:t>
      </w:r>
    </w:p>
    <w:p w:rsidR="00E07525" w:rsidRPr="00E552DC" w:rsidRDefault="00E552DC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Представлять сообщение на заданную тему в виде презентации.</w:t>
      </w:r>
    </w:p>
    <w:p w:rsidR="00E07525" w:rsidRPr="00E552DC" w:rsidRDefault="00E552DC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целостность, связность, информативность).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71" w:lineRule="auto"/>
        <w:ind w:right="432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Функциональные разновидности языка</w:t>
      </w:r>
      <w:proofErr w:type="gramStart"/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меть общее представление об особенностях разговорной речи, функциональных стилей, языка художественной литературы.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190" w:after="0"/>
        <w:ind w:right="720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Система языка </w:t>
      </w:r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Фонетика. Графика. Орфоэпия</w:t>
      </w:r>
      <w:proofErr w:type="gramStart"/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Х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арактеризовать звуки; понимать различие между звуком и буквой, характеризовать систему звуков.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Проводить фонетический анализ слов.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71" w:lineRule="auto"/>
        <w:ind w:right="576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Орфография</w:t>
      </w:r>
      <w:proofErr w:type="gramStart"/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Распознавать изученные орфограммы.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разделительных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ъ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78" w:lineRule="auto"/>
        <w:ind w:right="144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Лексикология</w:t>
      </w:r>
      <w:proofErr w:type="gramStart"/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 </w:t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тематические группы слов, родовые и видовые понятия.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лексический анализ слов (в рамках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пользоваться лексическими словарями (толковым словарём, словарями синонимов, антонимов, омонимов, </w:t>
      </w:r>
      <w:proofErr w:type="spellStart"/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паро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нимов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E07525" w:rsidRPr="00E552DC" w:rsidRDefault="00E552DC">
      <w:pPr>
        <w:autoSpaceDE w:val="0"/>
        <w:autoSpaceDN w:val="0"/>
        <w:spacing w:before="70" w:after="0" w:line="262" w:lineRule="auto"/>
        <w:ind w:left="180" w:right="2880"/>
        <w:rPr>
          <w:lang w:val="ru-RU"/>
        </w:rPr>
      </w:pPr>
      <w:proofErr w:type="spellStart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Морфемика</w:t>
      </w:r>
      <w:proofErr w:type="spellEnd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. Орфография</w:t>
      </w:r>
      <w:proofErr w:type="gramStart"/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Х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арактеризовать морфему как минимальную значимую единицу языка.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E07525" w:rsidRPr="00E552DC" w:rsidRDefault="00E552DC">
      <w:pPr>
        <w:autoSpaceDE w:val="0"/>
        <w:autoSpaceDN w:val="0"/>
        <w:spacing w:before="70" w:after="0" w:line="262" w:lineRule="auto"/>
        <w:ind w:left="180" w:right="72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Находить чередование звуков в морфемах (в том числе чередование гласных с нулём звука). Проводить морфемный анализ слов.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знания по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морфемике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выполнении языкового анализа различных видов и в практике правописания неизменяемых приставок и приставок на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з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(-с);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ы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и после приставок; корней с</w:t>
      </w: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98" w:right="718" w:bottom="368" w:left="666" w:header="720" w:footer="720" w:gutter="0"/>
          <w:cols w:space="720" w:equalWidth="0">
            <w:col w:w="10516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66" w:line="220" w:lineRule="exact"/>
        <w:rPr>
          <w:lang w:val="ru-RU"/>
        </w:rPr>
      </w:pPr>
    </w:p>
    <w:p w:rsidR="00E07525" w:rsidRPr="00E552DC" w:rsidRDefault="00E552DC">
      <w:pPr>
        <w:autoSpaceDE w:val="0"/>
        <w:autoSpaceDN w:val="0"/>
        <w:spacing w:after="0" w:line="271" w:lineRule="auto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—о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в корне слова; 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Уместно использовать слова с суффиксами оценки в собственной речи.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/>
        <w:ind w:right="432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Морфология. Культура речи. Орфография</w:t>
      </w:r>
      <w:proofErr w:type="gramStart"/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рименять знания о частях речи как лексико-грамматических разрядах слов, о грамматическом значении слова, о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сис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​теме частей речи в русском языке для решения практико-ориентированных учебных задач.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Распознавать имена существительные, имена прилагательные, глаголы.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Имя существительное</w:t>
      </w:r>
      <w:proofErr w:type="gramStart"/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Определять лексико-грамматические разряды имён существительных.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Проводить морфологический анализ имён существительных.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E07525" w:rsidRPr="00E552DC" w:rsidRDefault="00E552DC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имён существительных: безударных окончаний;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) после шипящих и 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окончаниях; суффиксов </w:t>
      </w:r>
      <w:proofErr w:type="gramStart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</w:t>
      </w:r>
      <w:proofErr w:type="gramEnd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ик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щик</w:t>
      </w:r>
      <w:proofErr w:type="spellEnd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ек</w:t>
      </w:r>
      <w:proofErr w:type="spellEnd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ик</w:t>
      </w:r>
      <w:proofErr w:type="spellEnd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 (-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-);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корней с чередованием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//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лаг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лож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раст</w:t>
      </w:r>
      <w:proofErr w:type="spellEnd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ращ</w:t>
      </w:r>
      <w:proofErr w:type="spellEnd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рос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гар</w:t>
      </w:r>
      <w:proofErr w:type="spellEnd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гор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зар</w:t>
      </w:r>
      <w:proofErr w:type="spellEnd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зор</w:t>
      </w:r>
      <w:proofErr w:type="spellEnd"/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-клан-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-клон-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скак</w:t>
      </w:r>
      <w:proofErr w:type="spellEnd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скоч</w:t>
      </w:r>
      <w:proofErr w:type="spellEnd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; употребления/неупотребления 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proofErr w:type="spellEnd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на конце имён существительных после шипящих; слитное и раздельное написание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Имя прилагательное</w:t>
      </w:r>
      <w:proofErr w:type="gramStart"/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E07525" w:rsidRPr="00E552DC" w:rsidRDefault="00E552DC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частичный морфологический анализ имён прилагательных (в рамках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словоизменения, произношения имён прилагательных, постановки в них ударения (в рамках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изучен​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E07525" w:rsidRPr="00E552DC" w:rsidRDefault="00E552DC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имён прилагательных: безударных окончаний;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и 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окончаниях; кратких форм имён прилагательных с основой на шипящие; нормы слитного и раздельного написания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прилагательными.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Глагол</w:t>
      </w:r>
      <w:proofErr w:type="gramStart"/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Различать глаголы совершенного и несовершенного вида, возвратные и невозвратные.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Определять спряжение глагола, уметь спрягать глаголы.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частичный морфологический анализ глаголов (в рамках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86" w:right="670" w:bottom="438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78" w:line="220" w:lineRule="exact"/>
        <w:rPr>
          <w:lang w:val="ru-RU"/>
        </w:rPr>
      </w:pPr>
    </w:p>
    <w:p w:rsidR="00E07525" w:rsidRPr="00E552DC" w:rsidRDefault="00E552DC">
      <w:pPr>
        <w:tabs>
          <w:tab w:val="left" w:pos="180"/>
        </w:tabs>
        <w:autoSpaceDE w:val="0"/>
        <w:autoSpaceDN w:val="0"/>
        <w:spacing w:after="0" w:line="262" w:lineRule="auto"/>
        <w:ind w:right="144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E07525" w:rsidRPr="00E552DC" w:rsidRDefault="00E552DC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глаголов: корней с чередованием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//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; использования 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proofErr w:type="spellEnd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proofErr w:type="gram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</w:t>
      </w:r>
      <w:proofErr w:type="gramEnd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ся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ться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 глаголах; суффиксов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ова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-— 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ева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-,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ыва</w:t>
      </w:r>
      <w:proofErr w:type="spellEnd"/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-ива-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; личных окончаний глагола, гласной перед суффиксом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-л-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 формах прошедшего времени глагола; слитного и раздельного написания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с глаголами.</w:t>
      </w:r>
    </w:p>
    <w:p w:rsidR="00E07525" w:rsidRPr="00E552DC" w:rsidRDefault="00E552DC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Синтаксис. Культура речи. Пунктуация</w:t>
      </w:r>
      <w:proofErr w:type="gramStart"/>
      <w:r w:rsidRPr="00E552DC">
        <w:rPr>
          <w:lang w:val="ru-RU"/>
        </w:rPr>
        <w:br/>
      </w:r>
      <w:r w:rsidRPr="00E552DC">
        <w:rPr>
          <w:lang w:val="ru-RU"/>
        </w:rPr>
        <w:tab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E07525" w:rsidRPr="00E552DC" w:rsidRDefault="00E552DC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словосочетания по морфологическим свойствам главного слова (именные, глагольные, наречные); простые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нео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сложнённые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морфологические средства выражения второстепенных членов предложения (в рамках изученного).</w:t>
      </w:r>
    </w:p>
    <w:p w:rsidR="00E07525" w:rsidRPr="00E552DC" w:rsidRDefault="00E552DC">
      <w:pPr>
        <w:autoSpaceDE w:val="0"/>
        <w:autoSpaceDN w:val="0"/>
        <w:spacing w:before="70" w:after="0" w:line="281" w:lineRule="auto"/>
        <w:ind w:right="576" w:firstLine="180"/>
        <w:rPr>
          <w:lang w:val="ru-RU"/>
        </w:rPr>
      </w:pP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на письме пунктуационные нормы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союзами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); с обобщающим словом при однородных членах; с обращением; в предложениях с прямой речью;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 сложных предложениях, состоящих из частей, связанных бессоюзной связью и союзами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552D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; оформлять на письме диалог.</w:t>
      </w: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98" w:right="668" w:bottom="1440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64" w:line="220" w:lineRule="exact"/>
        <w:rPr>
          <w:lang w:val="ru-RU"/>
        </w:rPr>
      </w:pPr>
    </w:p>
    <w:p w:rsidR="00E07525" w:rsidRDefault="00E552DC">
      <w:pPr>
        <w:autoSpaceDE w:val="0"/>
        <w:autoSpaceDN w:val="0"/>
        <w:spacing w:after="232" w:line="230" w:lineRule="auto"/>
      </w:pPr>
      <w:r>
        <w:rPr>
          <w:rFonts w:ascii="Times New Roman" w:eastAsia="Times New Roman" w:hAnsi="Times New Roman"/>
          <w:b/>
          <w:color w:val="000000"/>
          <w:w w:val="101"/>
          <w:sz w:val="17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422"/>
        <w:gridCol w:w="2600"/>
        <w:gridCol w:w="478"/>
        <w:gridCol w:w="996"/>
        <w:gridCol w:w="1028"/>
        <w:gridCol w:w="780"/>
        <w:gridCol w:w="1756"/>
        <w:gridCol w:w="1114"/>
        <w:gridCol w:w="6434"/>
      </w:tblGrid>
      <w:tr w:rsidR="00E07525">
        <w:trPr>
          <w:trHeight w:hRule="exact" w:val="314"/>
        </w:trPr>
        <w:tc>
          <w:tcPr>
            <w:tcW w:w="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п/п</w:t>
            </w:r>
          </w:p>
        </w:tc>
        <w:tc>
          <w:tcPr>
            <w:tcW w:w="2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45" w:lineRule="auto"/>
              <w:ind w:left="64" w:right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b/>
                <w:color w:val="000000"/>
                <w:sz w:val="14"/>
                <w:lang w:val="ru-RU"/>
              </w:rPr>
              <w:t>Наименование разделов и тем программы</w:t>
            </w:r>
          </w:p>
        </w:tc>
        <w:tc>
          <w:tcPr>
            <w:tcW w:w="25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Количествочасов</w:t>
            </w:r>
            <w:proofErr w:type="spellEnd"/>
          </w:p>
        </w:tc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45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изучения</w:t>
            </w:r>
            <w:proofErr w:type="spellEnd"/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деятельности</w:t>
            </w:r>
            <w:proofErr w:type="spellEnd"/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45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контроля</w:t>
            </w:r>
            <w:proofErr w:type="spellEnd"/>
          </w:p>
        </w:tc>
        <w:tc>
          <w:tcPr>
            <w:tcW w:w="64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Электронные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цифровые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образовательные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ресурсы</w:t>
            </w:r>
            <w:proofErr w:type="spellEnd"/>
          </w:p>
        </w:tc>
      </w:tr>
      <w:tr w:rsidR="00E07525">
        <w:trPr>
          <w:trHeight w:hRule="exact" w:val="488"/>
        </w:trPr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25" w:rsidRDefault="00E07525"/>
        </w:tc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25" w:rsidRDefault="00E07525"/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всего</w:t>
            </w:r>
            <w:proofErr w:type="spellEnd"/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45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работы</w:t>
            </w:r>
            <w:proofErr w:type="spellEnd"/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45" w:lineRule="auto"/>
              <w:ind w:left="66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работы</w:t>
            </w:r>
            <w:proofErr w:type="spellEnd"/>
          </w:p>
        </w:tc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25" w:rsidRDefault="00E07525"/>
        </w:tc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25" w:rsidRDefault="00E07525"/>
        </w:tc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25" w:rsidRDefault="00E07525"/>
        </w:tc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25" w:rsidRDefault="00E07525"/>
        </w:tc>
      </w:tr>
      <w:tr w:rsidR="00E07525">
        <w:trPr>
          <w:trHeight w:hRule="exact" w:val="314"/>
        </w:trPr>
        <w:tc>
          <w:tcPr>
            <w:tcW w:w="156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 xml:space="preserve"> 1. ПОВТОРЕНИЕ </w:t>
            </w:r>
          </w:p>
        </w:tc>
      </w:tr>
      <w:tr w:rsidR="00E07525">
        <w:trPr>
          <w:trHeight w:hRule="exact" w:val="1528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1.1.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Повторение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пройденного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материала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.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01.09.2022 07.09.2022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4" w:lineRule="auto"/>
              <w:ind w:left="64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повторить орфограммы, изученные в начальной школе, условия их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выбора, опознавательные приметы;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формировать умение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применять изученное на практике;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50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Письменный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314"/>
        </w:trPr>
        <w:tc>
          <w:tcPr>
            <w:tcW w:w="3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разделу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 w:rsidRPr="00680172">
        <w:trPr>
          <w:trHeight w:hRule="exact" w:val="312"/>
        </w:trPr>
        <w:tc>
          <w:tcPr>
            <w:tcW w:w="156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30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b/>
                <w:color w:val="000000"/>
                <w:sz w:val="14"/>
                <w:lang w:val="ru-RU"/>
              </w:rPr>
              <w:t xml:space="preserve">Раздел 2. ОБЩИЕ  СВЕДЕНИЯ  О  ЯЗЫКЕ </w:t>
            </w:r>
          </w:p>
        </w:tc>
      </w:tr>
      <w:tr w:rsidR="00E07525" w:rsidRPr="00680172">
        <w:trPr>
          <w:trHeight w:hRule="exact" w:val="3434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2.1.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45" w:lineRule="auto"/>
              <w:ind w:left="64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Богатство и выразительность русского языка.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08.09.2022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4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Анализировать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лексические значения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многозначных слов,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сравнивать прямое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переносное значения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слова, значения слов 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синонимическом ряду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антонимической паре,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значения слова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фразеологизма, наблюдать за образованием новых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слов от иноязычных,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использованием «старых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»с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лов в новом значении; </w:t>
            </w:r>
            <w:r w:rsidRPr="00E552D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C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амостоятельно</w:t>
            </w:r>
            <w:proofErr w:type="spellEnd"/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формулировать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обобщения и выводы 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словарном богатстве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русского языка;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0" w:lineRule="auto"/>
              <w:ind w:left="6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листа»;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</w:tr>
      <w:tr w:rsidR="00E07525" w:rsidRPr="00680172">
        <w:trPr>
          <w:trHeight w:hRule="exact" w:val="834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2.2.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30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Лингвистика как наука о языке.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09.09.2022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47" w:lineRule="auto"/>
              <w:ind w:left="64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Характеризовать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основные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разделы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лингвистики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0" w:lineRule="auto"/>
              <w:ind w:left="6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листа»;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</w:tr>
      <w:tr w:rsidR="00E07525">
        <w:trPr>
          <w:trHeight w:hRule="exact" w:val="314"/>
        </w:trPr>
        <w:tc>
          <w:tcPr>
            <w:tcW w:w="3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Итогопоразделу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</w:t>
            </w:r>
          </w:p>
        </w:tc>
        <w:tc>
          <w:tcPr>
            <w:tcW w:w="121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314"/>
        </w:trPr>
        <w:tc>
          <w:tcPr>
            <w:tcW w:w="156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 xml:space="preserve"> 3. ЯЗЫК И  РЕЧЬ </w:t>
            </w:r>
          </w:p>
        </w:tc>
      </w:tr>
      <w:tr w:rsidR="00E07525" w:rsidRPr="00680172">
        <w:trPr>
          <w:trHeight w:hRule="exact" w:val="1334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3.1.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Язык и речь. Монолог. Диалог.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Полилог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.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14.09.2022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4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Создавать устные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монологические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высказывания на основе жизненных наблюдений, чтения научно-учебной, художественной и научно-популярной литературы;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2" w:lineRule="auto"/>
              <w:ind w:left="6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Устный опрос; 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листа»;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</w:tr>
    </w:tbl>
    <w:p w:rsidR="00E07525" w:rsidRPr="00E552DC" w:rsidRDefault="00E07525">
      <w:pPr>
        <w:autoSpaceDE w:val="0"/>
        <w:autoSpaceDN w:val="0"/>
        <w:spacing w:after="0" w:line="14" w:lineRule="exact"/>
        <w:rPr>
          <w:lang w:val="ru-RU"/>
        </w:rPr>
      </w:pPr>
    </w:p>
    <w:p w:rsidR="00E07525" w:rsidRPr="00E552DC" w:rsidRDefault="00E07525">
      <w:pPr>
        <w:rPr>
          <w:lang w:val="ru-RU"/>
        </w:rPr>
        <w:sectPr w:rsidR="00E07525" w:rsidRPr="00E552DC">
          <w:pgSz w:w="16840" w:h="11900"/>
          <w:pgMar w:top="284" w:right="544" w:bottom="688" w:left="656" w:header="720" w:footer="720" w:gutter="0"/>
          <w:cols w:space="720" w:equalWidth="0">
            <w:col w:w="15640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22"/>
        <w:gridCol w:w="2600"/>
        <w:gridCol w:w="478"/>
        <w:gridCol w:w="996"/>
        <w:gridCol w:w="1028"/>
        <w:gridCol w:w="780"/>
        <w:gridCol w:w="1756"/>
        <w:gridCol w:w="1114"/>
        <w:gridCol w:w="6434"/>
      </w:tblGrid>
      <w:tr w:rsidR="00E07525" w:rsidRPr="00680172">
        <w:trPr>
          <w:trHeight w:hRule="exact" w:val="3260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3.2.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Речь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как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деятельность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.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19.09.2022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4" w:lineRule="auto"/>
              <w:ind w:left="64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Устно пересказывать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прочитанный или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прослушанный текст, в том числе с изменением лица рассказчика;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Участвовать в диалоге на лингвистические темы (в рамках изученного)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диалоге/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полилоге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 на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основе жизненных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наблюдений;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Устно и письменно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формулировать тему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главную мысль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прослушанного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прочитанного текста,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вопросы по содержанию текста и отвечать на них;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0" w:lineRule="auto"/>
              <w:ind w:left="6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Устный опрос; Практическая работа;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Тестирование;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</w:tr>
      <w:tr w:rsidR="00E07525">
        <w:trPr>
          <w:trHeight w:hRule="exact" w:val="314"/>
        </w:trPr>
        <w:tc>
          <w:tcPr>
            <w:tcW w:w="3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Итогопоразделу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6</w:t>
            </w:r>
          </w:p>
        </w:tc>
        <w:tc>
          <w:tcPr>
            <w:tcW w:w="121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314"/>
        </w:trPr>
        <w:tc>
          <w:tcPr>
            <w:tcW w:w="156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 xml:space="preserve"> 4. ТЕКСТ</w:t>
            </w:r>
          </w:p>
        </w:tc>
      </w:tr>
      <w:tr w:rsidR="00E07525">
        <w:trPr>
          <w:trHeight w:hRule="exact" w:val="1008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4.1.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30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Текст и его основные признаки.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22.09.2022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2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Распознавать основные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признаки текста;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Членить текст на </w:t>
            </w:r>
            <w:r w:rsidRPr="00E552DC">
              <w:rPr>
                <w:lang w:val="ru-RU"/>
              </w:rPr>
              <w:br/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композиционносмысловые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 части (абзацы);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45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Письменныйконтроль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312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4.2.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Композиционная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структура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текста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.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2568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4.3.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2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Функциональносмысловые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типы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речи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.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2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2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2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23.09.2022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2" w:after="0" w:line="254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Анализировать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характеризовать текст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точки зрения его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соответствия основным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признакам (наличие темы, главной мысли,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грамматической связи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предложений, цельности и относительной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законченности); с точки зрения его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принадлежности к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функционально-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смысловому типу речи;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2" w:after="0" w:line="245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Письменныйконтроль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1506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4.4.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28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Повествование как тип речи. Рассказ.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28.09.2022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4" w:lineRule="auto"/>
              <w:ind w:left="64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Создавать тексты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функционально-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смыслового типа речи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(повествование) с опорой на жизненный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читательский опыт;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тексты с опорой на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сюжетную картину;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45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Письменныйконтроль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6840" w:h="11900"/>
          <w:pgMar w:top="284" w:right="544" w:bottom="1008" w:left="656" w:header="720" w:footer="720" w:gutter="0"/>
          <w:cols w:space="720" w:equalWidth="0">
            <w:col w:w="15640" w:space="0"/>
          </w:cols>
          <w:docGrid w:linePitch="360"/>
        </w:sectPr>
      </w:pPr>
    </w:p>
    <w:p w:rsidR="00E07525" w:rsidRDefault="00E0752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22"/>
        <w:gridCol w:w="2600"/>
        <w:gridCol w:w="478"/>
        <w:gridCol w:w="996"/>
        <w:gridCol w:w="1028"/>
        <w:gridCol w:w="780"/>
        <w:gridCol w:w="1756"/>
        <w:gridCol w:w="1114"/>
        <w:gridCol w:w="6434"/>
      </w:tblGrid>
      <w:tr w:rsidR="00E07525">
        <w:trPr>
          <w:trHeight w:hRule="exact" w:val="2566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4.5.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Смысловой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анализ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текста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.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30.09.2022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4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Анализировать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характеризовать текст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точки зрения его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соответствия основным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признакам (наличие темы, главной мысли,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грамматической связи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предложений, цельности и относительной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законченности); с точки зрения его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принадлежности к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функционально-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смысловому типу речи;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45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Письменныйконтроль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1528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4.6.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45" w:lineRule="auto"/>
              <w:ind w:left="64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Информационная переработка текста. Редактирование текста.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04.10.2022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4" w:lineRule="auto"/>
              <w:ind w:left="64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Составлять план текста (простой, сложный) и пересказывать его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содержание по плану в устной и письменной форме, в том числе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изменением лица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рассказчика;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45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Письменныйконтроль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314"/>
        </w:trPr>
        <w:tc>
          <w:tcPr>
            <w:tcW w:w="3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: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10</w:t>
            </w:r>
          </w:p>
        </w:tc>
        <w:tc>
          <w:tcPr>
            <w:tcW w:w="121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314"/>
        </w:trPr>
        <w:tc>
          <w:tcPr>
            <w:tcW w:w="156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 xml:space="preserve"> 5. ФУНКЦИОНАЛЬНЫЕ  РАЗНОВИДНОСТИ  ЯЗЫКА</w:t>
            </w:r>
          </w:p>
        </w:tc>
      </w:tr>
      <w:tr w:rsidR="00E07525">
        <w:trPr>
          <w:trHeight w:hRule="exact" w:val="1700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5.1.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45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06.10.2022 07.10.2022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54" w:lineRule="auto"/>
              <w:ind w:left="64"/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Распознавать тексты,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принадлежащие к разным функциональным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разновидностям языка: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определять сферу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использования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соотносить её с той или иной разновидностью </w:t>
            </w:r>
            <w:r w:rsidRPr="00E552DC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языка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45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314"/>
        </w:trPr>
        <w:tc>
          <w:tcPr>
            <w:tcW w:w="3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: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</w:t>
            </w:r>
          </w:p>
        </w:tc>
        <w:tc>
          <w:tcPr>
            <w:tcW w:w="121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316"/>
        </w:trPr>
        <w:tc>
          <w:tcPr>
            <w:tcW w:w="156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 xml:space="preserve"> 6. СИСТЕМА ЯЗЫКА </w:t>
            </w:r>
          </w:p>
        </w:tc>
      </w:tr>
      <w:tr w:rsidR="00E07525" w:rsidRPr="00680172">
        <w:trPr>
          <w:trHeight w:hRule="exact" w:val="1006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6.1.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Фонетика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Графика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Орфоэпия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17.10.2022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2" w:lineRule="auto"/>
              <w:ind w:left="64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Распознавать звуки речи по заданным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характеристикам;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Определять звуковой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состав слова;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0" w:lineRule="auto"/>
              <w:ind w:left="6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листа»;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420" w:lineRule="auto"/>
              <w:ind w:left="64" w:right="115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«МЭО. Школа» Занятие 10. Орфоэпия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Интернет-урок 1. Орфоэпия как наука. Орфоэпические словари </w:t>
            </w:r>
            <w:r w:rsidRPr="00E552D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https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mo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spbappo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ru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ui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index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html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#/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bookshelf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course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/169273/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topic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/169339/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lesson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/169340</w:t>
            </w:r>
          </w:p>
        </w:tc>
      </w:tr>
      <w:tr w:rsidR="00E07525">
        <w:trPr>
          <w:trHeight w:hRule="exact" w:val="2374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6.2.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Орфография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247C4E" w:rsidRDefault="00247C4E">
            <w:pPr>
              <w:autoSpaceDE w:val="0"/>
              <w:autoSpaceDN w:val="0"/>
              <w:spacing w:before="68" w:after="0" w:line="230" w:lineRule="auto"/>
              <w:ind w:left="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20.10.2022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4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Оперировать понятием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«орфограмма» и различать буквенные и небуквенные орфограммы при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проведении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орфографического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анализа слова;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Применять знания по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орфографии в практике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правописания (в том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числе применять знания о правописании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разделительных 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ъ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 и 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ь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);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50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Письменныйконтроль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6840" w:h="11900"/>
          <w:pgMar w:top="284" w:right="544" w:bottom="434" w:left="656" w:header="720" w:footer="720" w:gutter="0"/>
          <w:cols w:space="720" w:equalWidth="0">
            <w:col w:w="15640" w:space="0"/>
          </w:cols>
          <w:docGrid w:linePitch="360"/>
        </w:sectPr>
      </w:pPr>
    </w:p>
    <w:p w:rsidR="00E07525" w:rsidRDefault="00E0752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22"/>
        <w:gridCol w:w="2600"/>
        <w:gridCol w:w="478"/>
        <w:gridCol w:w="996"/>
        <w:gridCol w:w="1028"/>
        <w:gridCol w:w="780"/>
        <w:gridCol w:w="1756"/>
        <w:gridCol w:w="1114"/>
        <w:gridCol w:w="6434"/>
      </w:tblGrid>
      <w:tr w:rsidR="00E07525" w:rsidRPr="00680172">
        <w:trPr>
          <w:trHeight w:hRule="exact" w:val="3086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6.3.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Лексикология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247C4E" w:rsidRDefault="00247C4E">
            <w:pPr>
              <w:autoSpaceDE w:val="0"/>
              <w:autoSpaceDN w:val="0"/>
              <w:spacing w:before="68" w:after="0" w:line="230" w:lineRule="auto"/>
              <w:ind w:left="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21.10.2022 17.11.2022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4" w:lineRule="auto"/>
              <w:ind w:left="64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Распознавать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однозначные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многозначные слова,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различать прямое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переносное значения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слова;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Сравнивать прямое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переносное значения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слова по заданному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признаку;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Распознавать синонимы, антонимы, омонимы;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Различать многозначные слова и омонимы;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Уметь правильно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употреблять слова-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паронимы;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50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Письменныйконтроль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Контрольнаяработа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334" w:lineRule="auto"/>
              <w:ind w:left="64" w:right="115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«МЭО. Школа» Занятие 13. Словарное богатство русского языка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Интернет-урок 3. Омонимы. Паронимы </w:t>
            </w:r>
            <w:r w:rsidRPr="00E552D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https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mo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spbappo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ru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ui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index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html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#/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bookshelf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course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/169273/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topic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/169352/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lesson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/169357</w:t>
            </w:r>
          </w:p>
        </w:tc>
      </w:tr>
      <w:tr w:rsidR="00E07525" w:rsidRPr="00680172">
        <w:trPr>
          <w:trHeight w:hRule="exact" w:val="2394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6.4.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Морфемика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Орфография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18.11.2022 06.12.2022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4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Распознавать морфемы в слове (корень, приставку, суффикс, окончание),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выделять основу слова;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Проводить морфемный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анализ слов;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Применять знания по </w:t>
            </w:r>
            <w:r w:rsidRPr="00E552DC">
              <w:rPr>
                <w:lang w:val="ru-RU"/>
              </w:rPr>
              <w:br/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морфемике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 при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выполнении языкового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анализа различных видов и в практике правописания слов с изученными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орфограммами;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4" w:lineRule="auto"/>
              <w:ind w:left="6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Письменный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контроль;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Устный опрос; Диктант;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листа»;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334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«МЭО. Школа» Занятие 16. 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Морфемика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 и орфография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Интернет-урок 1. Правописание гласных и согласных 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приставках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14"/>
              </w:rPr>
              <w:t>https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mo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spbappo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ru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ui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index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html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#/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bookshelf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course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/169273/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topic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/169373/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lesson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/169374«МЭО.</w:t>
            </w:r>
          </w:p>
          <w:p w:rsidR="00E07525" w:rsidRPr="00E552DC" w:rsidRDefault="00E552DC">
            <w:pPr>
              <w:autoSpaceDE w:val="0"/>
              <w:autoSpaceDN w:val="0"/>
              <w:spacing w:before="18" w:after="0" w:line="420" w:lineRule="auto"/>
              <w:ind w:left="64" w:right="115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Школа» Занятие 16. 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Морфемика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 и орфография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Интернет-урок 2. Чередование гласных о — а в корнях слов </w:t>
            </w:r>
            <w:r w:rsidRPr="00E552D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https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mo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spbappo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ru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ui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index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html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#/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bookshelf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course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/169273/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topic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/169373/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lesson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/169376</w:t>
            </w:r>
          </w:p>
        </w:tc>
      </w:tr>
      <w:tr w:rsidR="00E07525">
        <w:trPr>
          <w:trHeight w:hRule="exact" w:val="314"/>
        </w:trPr>
        <w:tc>
          <w:tcPr>
            <w:tcW w:w="3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Итогопоразделу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: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247C4E" w:rsidRDefault="00247C4E">
            <w:pPr>
              <w:autoSpaceDE w:val="0"/>
              <w:autoSpaceDN w:val="0"/>
              <w:spacing w:before="68" w:after="0" w:line="230" w:lineRule="auto"/>
              <w:ind w:left="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7</w:t>
            </w:r>
          </w:p>
        </w:tc>
        <w:tc>
          <w:tcPr>
            <w:tcW w:w="121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 w:rsidRPr="00680172">
        <w:trPr>
          <w:trHeight w:hRule="exact" w:val="314"/>
        </w:trPr>
        <w:tc>
          <w:tcPr>
            <w:tcW w:w="156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30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b/>
                <w:color w:val="000000"/>
                <w:sz w:val="14"/>
                <w:lang w:val="ru-RU"/>
              </w:rPr>
              <w:t>Раздел 7. МОРФОЛОГИЯ. КУЛЬТУРА РЕЧИ. ОРФОГРАФИЯ</w:t>
            </w:r>
          </w:p>
        </w:tc>
      </w:tr>
      <w:tr w:rsidR="00E07525">
        <w:trPr>
          <w:trHeight w:hRule="exact" w:val="2796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7.1.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Морфология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как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лингвистики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07.12.2022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4" w:lineRule="auto"/>
              <w:ind w:left="64"/>
              <w:rPr>
                <w:lang w:val="ru-RU"/>
              </w:rPr>
            </w:pP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Анализировать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характеризовать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особенности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грамматического значения слова в отличие от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лексического;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Распознавать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самостоятельные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(знаменательные) части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речи и их формы в рамках изученного; служебные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части речи; междометия, звукоподражательные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слова (общее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представление);</w:t>
            </w:r>
            <w:proofErr w:type="gramEnd"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Устныйопрос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6840" w:h="11900"/>
          <w:pgMar w:top="284" w:right="544" w:bottom="1198" w:left="656" w:header="720" w:footer="720" w:gutter="0"/>
          <w:cols w:space="720" w:equalWidth="0">
            <w:col w:w="15640" w:space="0"/>
          </w:cols>
          <w:docGrid w:linePitch="360"/>
        </w:sectPr>
      </w:pPr>
    </w:p>
    <w:p w:rsidR="00E07525" w:rsidRDefault="00E0752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22"/>
        <w:gridCol w:w="2600"/>
        <w:gridCol w:w="478"/>
        <w:gridCol w:w="996"/>
        <w:gridCol w:w="1028"/>
        <w:gridCol w:w="780"/>
        <w:gridCol w:w="1756"/>
        <w:gridCol w:w="1114"/>
        <w:gridCol w:w="6434"/>
      </w:tblGrid>
      <w:tr w:rsidR="00E07525" w:rsidRPr="00680172">
        <w:trPr>
          <w:trHeight w:hRule="exact" w:val="3432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7.2.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Имя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существительное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4F3ED3" w:rsidRDefault="004F3ED3">
            <w:pPr>
              <w:autoSpaceDE w:val="0"/>
              <w:autoSpaceDN w:val="0"/>
              <w:spacing w:before="68" w:after="0" w:line="230" w:lineRule="auto"/>
              <w:ind w:left="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08.12.2022 24.01.2023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4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Определять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характеризовать лексико-грамматические разряды имён существительных по значению, имена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существительные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собственные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нарицательные; имена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существительные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одушевлённые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неодушевлённые;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Проводить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морфологический анализ имён существительных; Применять нормы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правописания имён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существительных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изученными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орфограммами;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4" w:lineRule="auto"/>
              <w:ind w:left="6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Письменный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контроль;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Устный опрос; Контрольная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работа;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Диктант;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листа»;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</w:tr>
      <w:tr w:rsidR="00E07525" w:rsidRPr="00680172">
        <w:trPr>
          <w:trHeight w:hRule="exact" w:val="3922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7.3.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Имя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прилагательное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4F3ED3" w:rsidRDefault="004F3ED3">
            <w:pPr>
              <w:autoSpaceDE w:val="0"/>
              <w:autoSpaceDN w:val="0"/>
              <w:spacing w:before="70" w:after="0" w:line="230" w:lineRule="auto"/>
              <w:ind w:left="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25.01.2023 15.02.2023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7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Определять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характеризовать общее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грамматическое значение, морфологические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признаки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синтаксические функции имени прилагательного; Характеризовать его роль в речи;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Проводить частичный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морфологический анализ имён прилагательных (в рамках изученного);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Применять нормы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правописания о — е после шипящих и 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ц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 в суффиксах и окончаниях имён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прилагательных;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правописания не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именами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прилагательными;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4" w:lineRule="auto"/>
              <w:ind w:left="6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Письменный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контроль;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Контрольная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работа;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Практическая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работа;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листа»;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</w:tr>
      <w:tr w:rsidR="00E07525" w:rsidRPr="00680172">
        <w:trPr>
          <w:trHeight w:hRule="exact" w:val="2220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7.4.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Глагол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4F3ED3" w:rsidRDefault="004F3ED3">
            <w:pPr>
              <w:autoSpaceDE w:val="0"/>
              <w:autoSpaceDN w:val="0"/>
              <w:spacing w:before="68" w:after="0" w:line="230" w:lineRule="auto"/>
              <w:ind w:left="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30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7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07.04.2023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4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Определять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характеризовать общее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грамматическое значение, морфологические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признаки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синтаксические функции глагола;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Применять правила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использования 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ь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 как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показателя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грамматической формы инфинитива;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4" w:lineRule="auto"/>
              <w:ind w:left="6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Письменный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контроль;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Устный опрос; Контрольная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работа;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Практическая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работа;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листа»;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374" w:lineRule="auto"/>
              <w:ind w:left="64" w:right="8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«МЭО. Школа» Занятие 30. Глагол Интернет-урок 4. Буквы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е—и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 в корнях с чередованием 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https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mo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spbappo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ru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ui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index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html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#/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bookshelf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course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/169273/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topic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/169465/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lesson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/169472</w:t>
            </w:r>
          </w:p>
        </w:tc>
      </w:tr>
      <w:tr w:rsidR="00E07525">
        <w:trPr>
          <w:trHeight w:hRule="exact" w:val="314"/>
        </w:trPr>
        <w:tc>
          <w:tcPr>
            <w:tcW w:w="3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Итогопоразделу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: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791C42" w:rsidRDefault="00C21144">
            <w:pPr>
              <w:autoSpaceDE w:val="0"/>
              <w:autoSpaceDN w:val="0"/>
              <w:spacing w:before="68" w:after="0" w:line="230" w:lineRule="auto"/>
              <w:ind w:left="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74</w:t>
            </w:r>
          </w:p>
        </w:tc>
        <w:tc>
          <w:tcPr>
            <w:tcW w:w="121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 w:rsidRPr="00680172">
        <w:trPr>
          <w:trHeight w:hRule="exact" w:val="294"/>
        </w:trPr>
        <w:tc>
          <w:tcPr>
            <w:tcW w:w="156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28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b/>
                <w:color w:val="000000"/>
                <w:sz w:val="14"/>
                <w:lang w:val="ru-RU"/>
              </w:rPr>
              <w:t>Раздел 8. СИНТАКСИС. КУЛЬТУРА РЕЧИ. ПУНКТУАЦИЯ</w:t>
            </w:r>
          </w:p>
        </w:tc>
      </w:tr>
    </w:tbl>
    <w:p w:rsidR="00E07525" w:rsidRPr="00E552DC" w:rsidRDefault="00E07525">
      <w:pPr>
        <w:autoSpaceDE w:val="0"/>
        <w:autoSpaceDN w:val="0"/>
        <w:spacing w:after="0" w:line="14" w:lineRule="exact"/>
        <w:rPr>
          <w:lang w:val="ru-RU"/>
        </w:rPr>
      </w:pPr>
    </w:p>
    <w:p w:rsidR="00E07525" w:rsidRPr="00E552DC" w:rsidRDefault="00E07525">
      <w:pPr>
        <w:rPr>
          <w:lang w:val="ru-RU"/>
        </w:rPr>
        <w:sectPr w:rsidR="00E07525" w:rsidRPr="00E552DC">
          <w:pgSz w:w="16840" w:h="11900"/>
          <w:pgMar w:top="284" w:right="544" w:bottom="558" w:left="656" w:header="720" w:footer="720" w:gutter="0"/>
          <w:cols w:space="720" w:equalWidth="0">
            <w:col w:w="15640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22"/>
        <w:gridCol w:w="2600"/>
        <w:gridCol w:w="478"/>
        <w:gridCol w:w="996"/>
        <w:gridCol w:w="1028"/>
        <w:gridCol w:w="780"/>
        <w:gridCol w:w="1756"/>
        <w:gridCol w:w="1114"/>
        <w:gridCol w:w="6434"/>
      </w:tblGrid>
      <w:tr w:rsidR="00E07525" w:rsidRPr="00680172">
        <w:trPr>
          <w:trHeight w:hRule="exact" w:val="2566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8.1.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45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Синтаксис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и пунктуация как разделы лингвистики. </w:t>
            </w:r>
          </w:p>
          <w:p w:rsidR="00E07525" w:rsidRDefault="00E552DC">
            <w:pPr>
              <w:autoSpaceDE w:val="0"/>
              <w:autoSpaceDN w:val="0"/>
              <w:spacing w:before="16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Словосочетание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12.04.2023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4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Распознавать единицы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синтаксиса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(словосочетание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предложение);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Определять функции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знаков препинания;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Выделять словосочетания из предложения,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распознавать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словосочетания по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морфологическим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свойствам главного слова (именные, глагольные,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наречные);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2" w:lineRule="auto"/>
              <w:ind w:left="6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Письменный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контроль;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листа»;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372" w:lineRule="auto"/>
              <w:ind w:left="64" w:right="115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«МЭО. Школа» Занятие 18. Словосочетание Интернет-урок 2. Разбор словосочетания 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https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mo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spbappo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ru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ui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index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html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#/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bookshelf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course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/169273/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topic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/169385/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lesson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/169388</w:t>
            </w:r>
          </w:p>
        </w:tc>
      </w:tr>
      <w:tr w:rsidR="00E07525" w:rsidRPr="00680172">
        <w:trPr>
          <w:trHeight w:hRule="exact" w:val="4660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8.2.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Простое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двусоставное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предложение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13.04.2023 27.04.2023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7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Распознавать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предложения по цели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высказывания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(повествовательные,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побудительные,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вопросительные),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эмоциональной окраске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(восклицательные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невосклицательные),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количеству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грамматических основ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(простые и сложные),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наличию второстепенных членов (распространённые и нераспространённые) и характеризовать их;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Определять виды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второстепенных членов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предложения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морфологические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средства их выражения (в рамках изученного);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Проводить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синтаксический анализ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простых двусоставных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предложений;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4" w:lineRule="auto"/>
              <w:ind w:left="6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Письменный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контроль;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Практическая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работа;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Диктант;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листа»;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372" w:lineRule="auto"/>
              <w:ind w:left="64" w:right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«МЭО. Школа» Занятие 20. Члены предложения Интернет-урок 1. Главные члены предложения 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https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mo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spbappo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ru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ui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index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html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#/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bookshelf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course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/169273/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topic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/169397/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lesson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/169398</w:t>
            </w:r>
          </w:p>
        </w:tc>
      </w:tr>
    </w:tbl>
    <w:p w:rsidR="00E07525" w:rsidRPr="00E552DC" w:rsidRDefault="00E07525">
      <w:pPr>
        <w:autoSpaceDE w:val="0"/>
        <w:autoSpaceDN w:val="0"/>
        <w:spacing w:after="0" w:line="14" w:lineRule="exact"/>
        <w:rPr>
          <w:lang w:val="ru-RU"/>
        </w:rPr>
      </w:pPr>
    </w:p>
    <w:p w:rsidR="00E07525" w:rsidRPr="00E552DC" w:rsidRDefault="00E07525">
      <w:pPr>
        <w:rPr>
          <w:lang w:val="ru-RU"/>
        </w:rPr>
        <w:sectPr w:rsidR="00E07525" w:rsidRPr="00E552DC">
          <w:pgSz w:w="16840" w:h="11900"/>
          <w:pgMar w:top="284" w:right="544" w:bottom="1440" w:left="656" w:header="720" w:footer="720" w:gutter="0"/>
          <w:cols w:space="720" w:equalWidth="0">
            <w:col w:w="15640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22"/>
        <w:gridCol w:w="2600"/>
        <w:gridCol w:w="478"/>
        <w:gridCol w:w="996"/>
        <w:gridCol w:w="1028"/>
        <w:gridCol w:w="780"/>
        <w:gridCol w:w="1756"/>
        <w:gridCol w:w="1114"/>
        <w:gridCol w:w="6434"/>
      </w:tblGrid>
      <w:tr w:rsidR="00E07525" w:rsidRPr="00680172">
        <w:trPr>
          <w:trHeight w:hRule="exact" w:val="3606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8.3.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Простое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осложнённое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предложение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28.04.2023 11.05.2023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4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Находить в предложении однородные члены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обобщающие слова при них;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Самостоятельно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составлять схемы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однородных членов 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предложениях (по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образцу);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Применять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пунктуационные нормы постановки знаков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препинания 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предложениях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однородными членами и обобщающим словом при них (в рамках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изученного);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Распознавать 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предложении обращение;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4" w:lineRule="auto"/>
              <w:ind w:left="6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Письменный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контроль;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Диктант;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листа»;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45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«МЭО. Школа» Занятие 21. Осложнённое предложение Интернет-урок 1. Предложения с однородными членами</w:t>
            </w:r>
          </w:p>
          <w:p w:rsidR="00E07525" w:rsidRPr="00E552DC" w:rsidRDefault="00E552DC">
            <w:pPr>
              <w:autoSpaceDE w:val="0"/>
              <w:autoSpaceDN w:val="0"/>
              <w:spacing w:before="190" w:after="0" w:line="247" w:lineRule="auto"/>
              <w:ind w:left="64" w:right="8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https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mo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spbappo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ru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ui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index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html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#/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bookshelf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course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/169273/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topic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/169410/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lesson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/169411«МЭО. Школа» Занятие 20. Члены предложения Интернет-урок 3. Второстепенные члены предложения. Распространённые и нераспространённые предложения</w:t>
            </w:r>
          </w:p>
          <w:p w:rsidR="00E07525" w:rsidRPr="00E552DC" w:rsidRDefault="00E552DC">
            <w:pPr>
              <w:autoSpaceDE w:val="0"/>
              <w:autoSpaceDN w:val="0"/>
              <w:spacing w:before="192" w:after="0" w:line="230" w:lineRule="auto"/>
              <w:ind w:left="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https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mo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spbappo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ru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ui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index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html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#/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bookshelf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course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/169273/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topic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/169397/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lesson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/169402</w:t>
            </w:r>
          </w:p>
        </w:tc>
      </w:tr>
      <w:tr w:rsidR="00E07525" w:rsidRPr="00680172">
        <w:trPr>
          <w:trHeight w:hRule="exact" w:val="2394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8.4.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Сложное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предложение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28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12.05.2023 17.05.2023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4" w:lineRule="auto"/>
              <w:ind w:left="64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Сравнивать простые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сложные предложения, сложные предложения и простые, осложнённые однородными членами; Применять правила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пунктуационного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оформления сложных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предложений, состоящих из частей, связанных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бессоюзной связью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союзами и, но, а, однако, зато, да;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50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Письменныйконтроль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420" w:lineRule="auto"/>
              <w:ind w:left="64" w:right="115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Простое и сложное предложение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Интернет-урок 2. Синтаксический разбор простого и сложного предложения </w:t>
            </w:r>
            <w:r w:rsidRPr="00E552D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https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mo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spbappo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ru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ui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index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html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#/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bookshelf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course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/169273/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topic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/169415/</w:t>
            </w:r>
            <w:r>
              <w:rPr>
                <w:rFonts w:ascii="Times New Roman" w:eastAsia="Times New Roman" w:hAnsi="Times New Roman"/>
                <w:color w:val="000000"/>
                <w:sz w:val="14"/>
              </w:rPr>
              <w:t>lesson</w:t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/169418</w:t>
            </w:r>
          </w:p>
        </w:tc>
      </w:tr>
      <w:tr w:rsidR="00E07525">
        <w:trPr>
          <w:trHeight w:hRule="exact" w:val="2566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8.5.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Предложения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прямой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речью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18.05.2023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4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Анализировать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предложения с прямой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речью и сравнивать их с точки зрения позиции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слов автора 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предложении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пунктуационного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оформления этих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предложений;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Самостоятельно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формулировать выводы о пунктуационном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оформлении предложений с прямой речью;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45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Письменныйконтроль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1356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8.6.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Диалог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22.05.2023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54" w:lineRule="auto"/>
              <w:ind w:left="64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Самостоятельно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формулировать выводы о пунктуационном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оформлении диалога;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Применять правила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оформления диалога на письме;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45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Письменныйконтроль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312"/>
        </w:trPr>
        <w:tc>
          <w:tcPr>
            <w:tcW w:w="3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: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7370B6" w:rsidRDefault="007370B6">
            <w:pPr>
              <w:autoSpaceDE w:val="0"/>
              <w:autoSpaceDN w:val="0"/>
              <w:spacing w:before="70" w:after="0" w:line="230" w:lineRule="auto"/>
              <w:ind w:left="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8</w:t>
            </w:r>
          </w:p>
        </w:tc>
        <w:tc>
          <w:tcPr>
            <w:tcW w:w="121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294"/>
        </w:trPr>
        <w:tc>
          <w:tcPr>
            <w:tcW w:w="156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 xml:space="preserve"> 9. ПОВТОРЕНИЕ </w:t>
            </w:r>
          </w:p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6840" w:h="11900"/>
          <w:pgMar w:top="284" w:right="544" w:bottom="384" w:left="656" w:header="720" w:footer="720" w:gutter="0"/>
          <w:cols w:space="720" w:equalWidth="0">
            <w:col w:w="15640" w:space="0"/>
          </w:cols>
          <w:docGrid w:linePitch="360"/>
        </w:sectPr>
      </w:pPr>
    </w:p>
    <w:p w:rsidR="00E07525" w:rsidRDefault="00E0752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22"/>
        <w:gridCol w:w="2600"/>
        <w:gridCol w:w="478"/>
        <w:gridCol w:w="996"/>
        <w:gridCol w:w="1028"/>
        <w:gridCol w:w="780"/>
        <w:gridCol w:w="1756"/>
        <w:gridCol w:w="1114"/>
        <w:gridCol w:w="6434"/>
      </w:tblGrid>
      <w:tr w:rsidR="00E07525" w:rsidRPr="00680172">
        <w:trPr>
          <w:trHeight w:hRule="exact" w:val="1528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9.1.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Повторение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пройденного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материала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30.05.2023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4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распознавать частей речи по их грамматическим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признакам, выполнять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лексический, морфемный и морфологический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анализ слов, применять орфографические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пунктуационные правила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68" w:after="0" w:line="254" w:lineRule="auto"/>
              <w:ind w:left="6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Письменный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контроль;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Контрольная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работа;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листа»;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</w:tr>
      <w:tr w:rsidR="00E07525">
        <w:trPr>
          <w:trHeight w:hRule="exact" w:val="312"/>
        </w:trPr>
        <w:tc>
          <w:tcPr>
            <w:tcW w:w="3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68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Итогопоразделу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: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C21144" w:rsidRDefault="00C21144">
            <w:pPr>
              <w:autoSpaceDE w:val="0"/>
              <w:autoSpaceDN w:val="0"/>
              <w:spacing w:before="68" w:after="0" w:line="230" w:lineRule="auto"/>
              <w:ind w:left="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6</w:t>
            </w:r>
          </w:p>
        </w:tc>
        <w:tc>
          <w:tcPr>
            <w:tcW w:w="121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316"/>
        </w:trPr>
        <w:tc>
          <w:tcPr>
            <w:tcW w:w="156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2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4"/>
              </w:rPr>
              <w:t xml:space="preserve"> 10. ИТОГОВЫЙ КОНТРОЛЬ</w:t>
            </w:r>
          </w:p>
        </w:tc>
      </w:tr>
      <w:tr w:rsidR="00E07525" w:rsidRPr="00680172">
        <w:trPr>
          <w:trHeight w:hRule="exact" w:val="660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10.1.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Сочинения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47" w:lineRule="auto"/>
              <w:ind w:left="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 xml:space="preserve">Составлять тексты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описания, повествования, рассуждения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</w:tr>
      <w:tr w:rsidR="00E07525" w:rsidRPr="00680172">
        <w:trPr>
          <w:trHeight w:hRule="exact" w:val="486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10.2.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Изложения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45" w:lineRule="auto"/>
              <w:ind w:left="64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Излагать текст, сохраняя основную мысль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</w:tr>
      <w:tr w:rsidR="00E07525">
        <w:trPr>
          <w:trHeight w:hRule="exact" w:val="488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10.3.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проверочные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работы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45" w:lineRule="auto"/>
              <w:ind w:left="64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Проверить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знания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учащихся</w:t>
            </w:r>
            <w:proofErr w:type="spellEnd"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316"/>
        </w:trPr>
        <w:tc>
          <w:tcPr>
            <w:tcW w:w="3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4"/>
              </w:rPr>
              <w:t>: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17</w:t>
            </w:r>
          </w:p>
        </w:tc>
        <w:tc>
          <w:tcPr>
            <w:tcW w:w="121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  <w:tr w:rsidR="00E07525">
        <w:trPr>
          <w:trHeight w:hRule="exact" w:val="466"/>
        </w:trPr>
        <w:tc>
          <w:tcPr>
            <w:tcW w:w="3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70" w:after="0" w:line="245" w:lineRule="auto"/>
              <w:ind w:left="64" w:right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ОБЩЕЕ КОЛИЧЕСТВО ЧАСОВ ПО ПРОГРАММЕ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170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70" w:after="0" w:line="230" w:lineRule="auto"/>
              <w:ind w:left="64"/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A83286" w:rsidRDefault="00A83286">
            <w:pPr>
              <w:autoSpaceDE w:val="0"/>
              <w:autoSpaceDN w:val="0"/>
              <w:spacing w:before="70" w:after="0" w:line="230" w:lineRule="auto"/>
              <w:ind w:left="6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</w:rPr>
              <w:t>1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4"/>
                <w:lang w:val="ru-RU"/>
              </w:rPr>
              <w:t>1</w:t>
            </w:r>
            <w:proofErr w:type="spellEnd"/>
          </w:p>
        </w:tc>
        <w:tc>
          <w:tcPr>
            <w:tcW w:w="100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07525"/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6840" w:h="11900"/>
          <w:pgMar w:top="284" w:right="544" w:bottom="1440" w:left="656" w:header="720" w:footer="720" w:gutter="0"/>
          <w:cols w:space="720" w:equalWidth="0">
            <w:col w:w="15640" w:space="0"/>
          </w:cols>
          <w:docGrid w:linePitch="360"/>
        </w:sectPr>
      </w:pPr>
    </w:p>
    <w:p w:rsidR="00E07525" w:rsidRDefault="00E07525">
      <w:pPr>
        <w:autoSpaceDE w:val="0"/>
        <w:autoSpaceDN w:val="0"/>
        <w:spacing w:after="78" w:line="220" w:lineRule="exact"/>
      </w:pPr>
    </w:p>
    <w:p w:rsidR="00E07525" w:rsidRDefault="00E552DC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E07525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25" w:rsidRDefault="00E07525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25" w:rsidRDefault="00E07525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25" w:rsidRDefault="00E07525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525" w:rsidRDefault="00E07525"/>
        </w:tc>
      </w:tr>
      <w:tr w:rsidR="00E07525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начальной школе.</w:t>
            </w:r>
          </w:p>
          <w:p w:rsidR="00E07525" w:rsidRPr="00E552DC" w:rsidRDefault="00E552DC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Орфография.</w:t>
            </w:r>
          </w:p>
          <w:p w:rsidR="00E07525" w:rsidRPr="00E552DC" w:rsidRDefault="00E552DC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гласных и согласных в корне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251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начальной школе.</w:t>
            </w:r>
          </w:p>
          <w:p w:rsidR="00E07525" w:rsidRPr="00E552DC" w:rsidRDefault="00E552DC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Орфография.</w:t>
            </w:r>
          </w:p>
          <w:p w:rsidR="00E07525" w:rsidRPr="00E552DC" w:rsidRDefault="00E552DC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разделительного мягкого (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ь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) и разделительного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твёрдого (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ъ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) знаков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02.09.2022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71" w:lineRule="auto"/>
              <w:ind w:left="72" w:right="190"/>
              <w:jc w:val="both"/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начальной школе.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Составслова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начальной школе.</w:t>
            </w:r>
          </w:p>
          <w:p w:rsidR="00E07525" w:rsidRPr="00E552DC" w:rsidRDefault="00E552DC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Морфология.</w:t>
            </w:r>
          </w:p>
          <w:p w:rsidR="00E07525" w:rsidRPr="00E552DC" w:rsidRDefault="00E552DC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Самостоятельные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служебные части речи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начальной школе.</w:t>
            </w:r>
          </w:p>
          <w:p w:rsidR="00E07525" w:rsidRDefault="00E552DC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100" w:after="0" w:line="271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Богатство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выразительность русского языка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28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Лингвистика как наука о языке. Язык как знаковая система и средство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человеческого общения. Основные единицы языка и речи: звук, морфема,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слово, словосочетание,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4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письменная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12.09.2022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1900" w:h="16840"/>
          <w:pgMar w:top="298" w:right="650" w:bottom="65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Default="00E0752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 w:rsidRPr="006801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8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Монолог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Полилог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Речевые формулы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приветствия, прощания, просьбы, благодарности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8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Виды речевой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деятельности (говорение, слушание, чтение,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письмо), их особенности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 w:right="720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Виды 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аудирования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: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выборочное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ознакомительное, детальное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Виды чтения: изучающее, ознакомительное,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просмотровое, поисковое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Понятие о тексте. Тема, главная мысль текста.</w:t>
            </w:r>
          </w:p>
          <w:p w:rsidR="00E07525" w:rsidRDefault="00E552DC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Микротемытекста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Композиционная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Абзац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Средства связи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предложений и частей текста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8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Функционально-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смысловые типы речи: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описание, повествование, рассуждение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сюжетной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картине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Смысловой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29.09.2022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156" w:hanging="15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</w:tbl>
    <w:p w:rsidR="00E07525" w:rsidRPr="00E552DC" w:rsidRDefault="00E07525">
      <w:pPr>
        <w:autoSpaceDE w:val="0"/>
        <w:autoSpaceDN w:val="0"/>
        <w:spacing w:after="0" w:line="14" w:lineRule="exact"/>
        <w:rPr>
          <w:lang w:val="ru-RU"/>
        </w:rPr>
      </w:pP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84" w:right="650" w:bottom="39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8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Смысловой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Информационная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переработка текста: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81" w:lineRule="auto"/>
              <w:ind w:left="72" w:right="288"/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Фонетика и графика как разделы лингвистики. Звук как единица языка. Смыслоразличительная роль звука.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гласныхзвуков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Система согласных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звуков. Основные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выразительные средства фонетики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Слог. Ударение. Свойства русского ударения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Изменение звуков в речевом потоке.</w:t>
            </w:r>
          </w:p>
          <w:p w:rsidR="00E07525" w:rsidRDefault="00E552DC">
            <w:pPr>
              <w:autoSpaceDE w:val="0"/>
              <w:autoSpaceDN w:val="0"/>
              <w:spacing w:before="70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Элементыфонетическойтранскрипции</w:t>
            </w:r>
            <w:proofErr w:type="spellEnd"/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13.10.2022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248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Соотношение звуков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букв. Прописные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строчные буквы. Способы обозначения [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й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’],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мягкости согласных.</w:t>
            </w:r>
          </w:p>
          <w:p w:rsidR="00E07525" w:rsidRDefault="00E552DC">
            <w:pPr>
              <w:autoSpaceDE w:val="0"/>
              <w:autoSpaceDN w:val="0"/>
              <w:spacing w:before="7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Фонетическийанализслова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1900" w:h="16840"/>
          <w:pgMar w:top="284" w:right="650" w:bottom="71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Default="00E0752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Орфоэпия как раздел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лингвистики. Основные орфоэпические нормы. Интонация, её функции.</w:t>
            </w:r>
          </w:p>
          <w:p w:rsidR="00E07525" w:rsidRPr="00E552DC" w:rsidRDefault="00E552DC">
            <w:pPr>
              <w:autoSpaceDE w:val="0"/>
              <w:autoSpaceDN w:val="0"/>
              <w:spacing w:before="70" w:after="0" w:line="262" w:lineRule="auto"/>
              <w:ind w:left="72" w:right="720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Основные элементы интонации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Орфография.</w:t>
            </w:r>
          </w:p>
          <w:p w:rsidR="00E07525" w:rsidRPr="00E552DC" w:rsidRDefault="00E552DC">
            <w:pPr>
              <w:autoSpaceDE w:val="0"/>
              <w:autoSpaceDN w:val="0"/>
              <w:spacing w:before="70" w:after="0" w:line="262" w:lineRule="auto"/>
              <w:jc w:val="center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Орфограмма. Буквенные и небуквенные орфограммы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100" w:after="0" w:line="262" w:lineRule="auto"/>
              <w:ind w:left="72" w:right="43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E552DC">
              <w:rPr>
                <w:lang w:val="ru-RU"/>
              </w:rPr>
              <w:br/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разделительных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Ъ и 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 w:right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тем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"Фонетика, графика, орфоэпия",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"Орфография".</w:t>
            </w:r>
          </w:p>
          <w:p w:rsidR="00E07525" w:rsidRDefault="00E552DC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Проверочнаяработа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способы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толкования лексического значения слова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многозначные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Прямое и переносное значения слова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62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Тематические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100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Обозначение родовых и видовых понятий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Синонимы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07.11.2022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Антонимы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4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Омонимы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1900" w:h="16840"/>
          <w:pgMar w:top="284" w:right="650" w:bottom="73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Default="00E0752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 w:rsidRPr="006801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Паронимы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Разные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лексических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словарей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словарной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статьи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Лексический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Рассказ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событии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right="864"/>
              <w:jc w:val="center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Повторение темы "Лексикология ".</w:t>
            </w:r>
          </w:p>
          <w:p w:rsidR="00E07525" w:rsidRPr="00E552DC" w:rsidRDefault="00E552DC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Проверочная работа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как раздел лингвистики. Морфема как минимальная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значимая единица языка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морфем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Чередование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звуков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морфемах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Морфемный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838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100" w:after="0" w:line="281" w:lineRule="auto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корней с безударными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проверяемыми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непроверяемыми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гласными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25.11.2022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корней с проверяемыми,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непроверяемыми,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непроизносимыми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согласными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28.11.2022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Ё-О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после шипящих в корне слова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Default="00E0752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 w:rsidRPr="006801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неизменяемых на письме приставок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приставок на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-З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(-С)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— И после приставок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100" w:after="0" w:line="262" w:lineRule="auto"/>
              <w:ind w:left="72" w:right="43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— И после Ц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Повторение темы "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E07525" w:rsidRPr="00E552DC" w:rsidRDefault="00E552DC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Орфография". Диктант.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Морфология как раздел лингвистики.</w:t>
            </w:r>
          </w:p>
          <w:p w:rsidR="00E07525" w:rsidRDefault="00E552DC">
            <w:pPr>
              <w:autoSpaceDE w:val="0"/>
              <w:autoSpaceDN w:val="0"/>
              <w:spacing w:before="70" w:after="0" w:line="283" w:lineRule="auto"/>
              <w:ind w:left="72"/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Грамматическое значение слова, его отличие от </w:t>
            </w:r>
            <w:r w:rsidRPr="00E552DC">
              <w:rPr>
                <w:lang w:val="ru-RU"/>
              </w:rPr>
              <w:br/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лексического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.Ч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асти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речи как 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лексико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грамматические разряды слов.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Системачастейречи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русском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Имя существительное как часть речи. Роль имени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существительного в речи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Сочинение-фантазия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(например, современная сказка)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28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100" w:after="0" w:line="286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Лексико-грамматические разряды имён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существительных: имена существительные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собственные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нарицательные,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одушевленные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неодушевленные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71" w:lineRule="auto"/>
              <w:ind w:left="72" w:right="8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собственных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1900" w:h="16840"/>
          <w:pgMar w:top="284" w:right="650" w:bottom="79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Default="00E0752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 w:rsidRPr="006801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Род, число, падеж имени существительного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(повторение изученного в начальной школе)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существительные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общего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рода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Имена существительные, имеющие форму только единственного или только множественного числа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73.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Сжатое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изложение</w:t>
            </w:r>
            <w:proofErr w:type="spellEnd"/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19.12.2022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Типы склонения имён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существительных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(повторение изученного в начальной школе)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ь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на конце имён существительных после шипящих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Разносклоняемые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существительные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Имена существительные склоняемые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несклоняемые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Род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несклоняемых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27.12.2022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Нормы словоизменения, произношения имён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существительных, нормы постановки ударения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11.01.2023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О и Е после шипящих и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окончаниях имён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12.01.2023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1900" w:h="16840"/>
          <w:pgMar w:top="284" w:right="650" w:bottom="39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Default="00E0752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О и Е (Ё) после шипящих и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суффиксах имён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суффиксов-ЧИК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-/-ЩИ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К-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имен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4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суффиксов-ЕК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-/-И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К-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имен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Слитное и раздельное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написание НЕ с именами существительными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АГ- — -ЛОЖ-; -РАСТ-— -РАЩ- — -РОС-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ГА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Р-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— -ГОР-, -ЗАР- — -ЗОР-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--КЛАН- — -КЛО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Н-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-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СКАК- — -СКОЧ-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Повторение по теме "Имя существительное".</w:t>
            </w:r>
          </w:p>
          <w:p w:rsidR="00E07525" w:rsidRDefault="00E552DC">
            <w:pPr>
              <w:autoSpaceDE w:val="0"/>
              <w:autoSpaceDN w:val="0"/>
              <w:spacing w:before="72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Контрольнаяработа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..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100" w:after="0" w:line="271" w:lineRule="auto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Имя прилагательное как часть речи. Роль имени прилагательного в речи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25.01.2023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Выборочное изложение (функционально-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смысловой тип речи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описание, фрагмент из художественного текста)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Склонение имён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прилагательных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(повторение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1900" w:h="16840"/>
          <w:pgMar w:top="284" w:right="650" w:bottom="3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Default="00E0752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 w:rsidRPr="006801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прилагательных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Имена прилагательные полные и краткие, их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синтаксические функции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8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кратких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форм имён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прилагательных с основой на шипящий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Подробное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изложение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Нормы произношения имен прилагательных, нормы постановки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ударения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словоизменения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576" w:right="864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Буквы О и Е после шипящих и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окончаниях имён прилагательных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576" w:right="864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Буквы О и Е после шипящих и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суффиксах имён прилагательных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103.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100" w:after="0" w:line="281" w:lineRule="auto"/>
              <w:ind w:left="156" w:right="144" w:hanging="15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Правописание О и Е (Ё) после шипящих и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суффиксах и окончаниях имён существительных и прилагательных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10.02.2023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Слитное и раздельное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написание НЕ с именами прилагательными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105.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 w:rsidP="00D4740E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14.02.2023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1900" w:h="16840"/>
          <w:pgMar w:top="284" w:right="650" w:bottom="6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Default="00E0752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106.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по теме "Имя </w:t>
            </w:r>
            <w:r w:rsidRPr="00E552DC">
              <w:rPr>
                <w:lang w:val="ru-RU"/>
              </w:rPr>
              <w:tab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прилагательное".</w:t>
            </w:r>
          </w:p>
          <w:p w:rsidR="00E07525" w:rsidRDefault="00E552DC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Проверочнаяработа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107.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Глагол как часть речи.</w:t>
            </w:r>
          </w:p>
          <w:p w:rsidR="00E07525" w:rsidRPr="00E552DC" w:rsidRDefault="00E552DC">
            <w:pPr>
              <w:autoSpaceDE w:val="0"/>
              <w:autoSpaceDN w:val="0"/>
              <w:spacing w:before="70" w:after="0" w:line="271" w:lineRule="auto"/>
              <w:ind w:left="72" w:right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Роль глагола 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словосочетании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предложении, в речи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108.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Инфинитив и его </w:t>
            </w:r>
            <w:r w:rsidRPr="00E552DC">
              <w:rPr>
                <w:lang w:val="ru-RU"/>
              </w:rPr>
              <w:br/>
            </w:r>
            <w:r w:rsidRPr="00E552DC">
              <w:rPr>
                <w:lang w:val="ru-RU"/>
              </w:rPr>
              <w:tab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грамматические свойства.</w:t>
            </w:r>
          </w:p>
          <w:p w:rsidR="00E07525" w:rsidRPr="00E552DC" w:rsidRDefault="00E552DC">
            <w:pPr>
              <w:autoSpaceDE w:val="0"/>
              <w:autoSpaceDN w:val="0"/>
              <w:spacing w:before="72" w:after="0" w:line="281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Основа инфинитива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(прошедшего времени),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основа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настоящег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о(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будущего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простого) времени глагола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8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Глаголы совершенного и несовершенного вида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(практикум)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111.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Глаголы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возвратные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невозвратные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-Т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СЯ и -ТЬСЯ в глаголах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суффиксов-ОВ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— -ЕВА-, -ЫВА-— -ИВА- в глаголах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суффиксов-ОВ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— -ЕВА-, -ЫВА-— -ИВА- в глаголах.</w:t>
            </w:r>
          </w:p>
          <w:p w:rsidR="00E07525" w:rsidRDefault="00E552DC">
            <w:pPr>
              <w:autoSpaceDE w:val="0"/>
              <w:autoSpaceDN w:val="0"/>
              <w:spacing w:before="72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Изменение глаголов по временам. Настоящее время: значение,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образование,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употребление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Прошедшее время: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значение, образование, употребление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</w:tbl>
    <w:p w:rsidR="00E07525" w:rsidRPr="00E552DC" w:rsidRDefault="00E07525">
      <w:pPr>
        <w:autoSpaceDE w:val="0"/>
        <w:autoSpaceDN w:val="0"/>
        <w:spacing w:after="0" w:line="14" w:lineRule="exact"/>
        <w:rPr>
          <w:lang w:val="ru-RU"/>
        </w:rPr>
      </w:pP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84" w:right="650" w:bottom="71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117.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156" w:hanging="15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Будущее время: значение, образование,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употребление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118.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5278FC" w:rsidRDefault="00E552DC">
            <w:pPr>
              <w:autoSpaceDE w:val="0"/>
              <w:autoSpaceDN w:val="0"/>
              <w:spacing w:before="98" w:after="0"/>
              <w:ind w:left="576" w:right="144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Функционально-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смысловые типы речи: описание, повествование, рассуждение. </w:t>
            </w:r>
            <w:r w:rsidRPr="005278F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119.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8" w:lineRule="auto"/>
              <w:ind w:left="156" w:right="288" w:hanging="15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Изменение глаголов по лицам и числам. Типы спряжения глагола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(повторение).</w:t>
            </w:r>
          </w:p>
          <w:p w:rsidR="00E07525" w:rsidRPr="00E552DC" w:rsidRDefault="00E552DC">
            <w:pPr>
              <w:autoSpaceDE w:val="0"/>
              <w:autoSpaceDN w:val="0"/>
              <w:spacing w:before="70" w:after="0" w:line="230" w:lineRule="auto"/>
              <w:jc w:val="center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Разноспрягаемые глаголы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71" w:lineRule="auto"/>
              <w:ind w:left="72" w:right="288"/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Типыспряженияглагола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  <w:p w:rsidR="00E07525" w:rsidRDefault="00E552DC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глаголов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122.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71" w:lineRule="auto"/>
              <w:ind w:left="156" w:hanging="156"/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Правописание безударных личных окончаний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глаголов.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Изложение содержание текста с изменением лица рассказчика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125.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2D73EA" w:rsidRDefault="00E552DC">
            <w:pPr>
              <w:autoSpaceDE w:val="0"/>
              <w:autoSpaceDN w:val="0"/>
              <w:spacing w:before="100" w:after="0" w:line="271" w:lineRule="auto"/>
              <w:ind w:left="576" w:right="432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Средства связи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предложений и частей текста. </w:t>
            </w:r>
            <w:r w:rsidRPr="002D73E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576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Ь 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инфинитиве, в форме 2 лица единственного числа после шипящих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 w:rsidP="00C64B39">
            <w:pPr>
              <w:autoSpaceDE w:val="0"/>
              <w:autoSpaceDN w:val="0"/>
              <w:spacing w:before="98" w:after="0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Правописание Ь 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инфинитиве, в форме 2 лица единственного числа после шипящих.</w:t>
            </w:r>
          </w:p>
          <w:p w:rsidR="00E07525" w:rsidRDefault="00E552DC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Сочинение-повествование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1900" w:h="16840"/>
          <w:pgMar w:top="284" w:right="650" w:bottom="30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Default="00E0752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 w:rsidRPr="006801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129.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576" w:right="432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 в формах прошедшего времени глагола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130.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 w:rsidP="00CF1E6D">
            <w:pPr>
              <w:autoSpaceDE w:val="0"/>
              <w:autoSpaceDN w:val="0"/>
              <w:spacing w:before="98" w:after="0"/>
              <w:ind w:right="43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Правописание гласной перед суффиксом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 в формах прошедшего времени глагола.</w:t>
            </w:r>
          </w:p>
          <w:p w:rsidR="00E07525" w:rsidRDefault="00E552DC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131.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tabs>
                <w:tab w:val="left" w:pos="576"/>
              </w:tabs>
              <w:autoSpaceDE w:val="0"/>
              <w:autoSpaceDN w:val="0"/>
              <w:spacing w:before="100" w:after="0" w:line="262" w:lineRule="auto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Слитное и раздельное </w:t>
            </w:r>
            <w:r w:rsidRPr="00E552DC">
              <w:rPr>
                <w:lang w:val="ru-RU"/>
              </w:rPr>
              <w:br/>
            </w:r>
            <w:r w:rsidRPr="00E552DC">
              <w:rPr>
                <w:lang w:val="ru-RU"/>
              </w:rPr>
              <w:tab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написание НЕ с глаголами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132.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Нормы постановки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ударения в глагольных формах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словоизменения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глаголов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134.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Правописание корней с </w:t>
            </w:r>
            <w:r w:rsidRPr="00E552DC">
              <w:rPr>
                <w:lang w:val="ru-RU"/>
              </w:rPr>
              <w:tab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чередованием Е // 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135.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Правописание корней с </w:t>
            </w:r>
            <w:r w:rsidRPr="00E552DC">
              <w:rPr>
                <w:lang w:val="ru-RU"/>
              </w:rPr>
              <w:tab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чередованием Е // И.</w:t>
            </w:r>
          </w:p>
          <w:p w:rsidR="00E07525" w:rsidRDefault="00E552DC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по теме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"Глагол". Проверочная работа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Синтаксис и пунктуация как разделы лингвистики.</w:t>
            </w:r>
          </w:p>
          <w:p w:rsidR="00E07525" w:rsidRPr="00E552DC" w:rsidRDefault="00E552DC">
            <w:pPr>
              <w:autoSpaceDE w:val="0"/>
              <w:autoSpaceDN w:val="0"/>
              <w:spacing w:before="70" w:after="0" w:line="278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Словосочетание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предложение как единицы синтаксиса. Знаки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препинания и их функции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 w:rsidRPr="00FB4001">
        <w:trPr>
          <w:trHeight w:hRule="exact" w:val="28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FB4001" w:rsidRDefault="00E552DC">
            <w:pPr>
              <w:autoSpaceDE w:val="0"/>
              <w:autoSpaceDN w:val="0"/>
              <w:spacing w:before="98" w:after="0" w:line="286" w:lineRule="auto"/>
              <w:ind w:left="576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Словосочетание и его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признаки. Основные виды словосочетаний по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морфологическим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свойствам главного слова (именные, глагольные,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наречные). </w:t>
            </w:r>
            <w:r w:rsidRPr="00FB400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Средства связи слов в словосочетании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FB4001" w:rsidRDefault="00E552DC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FB400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FB4001" w:rsidRDefault="00E552D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B400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FB4001" w:rsidRDefault="00E552D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B400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FB4001" w:rsidRDefault="00E552D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FB400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FB4001" w:rsidRDefault="00E552DC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FB400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Письменный контроль;</w:t>
            </w:r>
          </w:p>
        </w:tc>
      </w:tr>
      <w:tr w:rsidR="00E07525" w:rsidRPr="00FB400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FB4001" w:rsidRDefault="00E552D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B400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139.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FB4001" w:rsidRDefault="00E552DC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FB400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Синтаксический анализ </w:t>
            </w:r>
            <w:r w:rsidRPr="00FB4001">
              <w:rPr>
                <w:lang w:val="ru-RU"/>
              </w:rPr>
              <w:tab/>
            </w:r>
            <w:r w:rsidRPr="00FB400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словосочетаний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FB4001" w:rsidRDefault="00E552DC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FB400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FB4001" w:rsidRDefault="00E552D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B400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FB4001" w:rsidRDefault="00E552D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B400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FB4001" w:rsidRDefault="00E552D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B400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12.04.2023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FB4001" w:rsidRDefault="00E552DC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FB400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Письменный </w:t>
            </w:r>
            <w:r w:rsidRPr="00FB4001">
              <w:rPr>
                <w:lang w:val="ru-RU"/>
              </w:rPr>
              <w:tab/>
            </w:r>
            <w:r w:rsidRPr="00FB400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контроль;</w:t>
            </w:r>
          </w:p>
        </w:tc>
      </w:tr>
    </w:tbl>
    <w:p w:rsidR="00E07525" w:rsidRPr="00FB4001" w:rsidRDefault="00E07525">
      <w:pPr>
        <w:autoSpaceDE w:val="0"/>
        <w:autoSpaceDN w:val="0"/>
        <w:spacing w:after="0" w:line="14" w:lineRule="exact"/>
        <w:rPr>
          <w:lang w:val="ru-RU"/>
        </w:rPr>
      </w:pPr>
    </w:p>
    <w:p w:rsidR="00E07525" w:rsidRPr="00FB4001" w:rsidRDefault="00E07525">
      <w:pPr>
        <w:rPr>
          <w:lang w:val="ru-RU"/>
        </w:rPr>
        <w:sectPr w:rsidR="00E07525" w:rsidRPr="00FB4001">
          <w:pgSz w:w="11900" w:h="16840"/>
          <w:pgMar w:top="284" w:right="650" w:bottom="5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Pr="00FB4001" w:rsidRDefault="00E07525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 w:rsidRPr="00680172">
        <w:trPr>
          <w:trHeight w:hRule="exact" w:val="28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140.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86" w:lineRule="auto"/>
              <w:ind w:left="576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Предложение и его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признаки. Виды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предложений по цели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высказывания: смысловые и интонационные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особенности, знаки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препинания в конце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141.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83" w:lineRule="auto"/>
              <w:ind w:left="576" w:right="288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Виды предложений по эмоциональной окраске: смысловые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интонационные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особенности, знаки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препинания в конце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Главные члены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(грамматическая основа).</w:t>
            </w:r>
          </w:p>
          <w:p w:rsidR="00E07525" w:rsidRPr="00E552DC" w:rsidRDefault="00E552DC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Подлежащее,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морфологические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средства его выражения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143.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 w:rsidP="00122C04">
            <w:pPr>
              <w:autoSpaceDE w:val="0"/>
              <w:autoSpaceDN w:val="0"/>
              <w:spacing w:before="98" w:after="0" w:line="271" w:lineRule="auto"/>
              <w:ind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Главные члены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(грамматическая основа).</w:t>
            </w:r>
          </w:p>
          <w:p w:rsidR="00E07525" w:rsidRPr="00E552DC" w:rsidRDefault="00E552DC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Сказуемое,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морфологические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средства его выражения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 w:rsidP="00122C04">
            <w:pPr>
              <w:autoSpaceDE w:val="0"/>
              <w:autoSpaceDN w:val="0"/>
              <w:spacing w:before="98" w:after="0" w:line="281" w:lineRule="auto"/>
              <w:ind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распространённые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нераспространённые. Второстепенные члены предложения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Второстепенные члены предложения.</w:t>
            </w:r>
          </w:p>
          <w:p w:rsidR="00E07525" w:rsidRPr="00E552DC" w:rsidRDefault="00E552DC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Определение и типичные средства его выражения (в рамках изученного)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900DAC">
            <w:pPr>
              <w:autoSpaceDE w:val="0"/>
              <w:autoSpaceDN w:val="0"/>
              <w:spacing w:before="98" w:after="0"/>
              <w:ind w:left="576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Дополнение (прямое и </w:t>
            </w:r>
            <w:r w:rsidR="00E552DC"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косвенное) и типичные </w:t>
            </w:r>
            <w:r w:rsidR="00E552DC" w:rsidRPr="00E552DC">
              <w:rPr>
                <w:lang w:val="ru-RU"/>
              </w:rPr>
              <w:br/>
            </w:r>
            <w:r w:rsidR="00E552DC"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средства его выражения (в рамках изученного)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</w:tbl>
    <w:p w:rsidR="00E07525" w:rsidRPr="00E552DC" w:rsidRDefault="00E07525">
      <w:pPr>
        <w:autoSpaceDE w:val="0"/>
        <w:autoSpaceDN w:val="0"/>
        <w:spacing w:after="0" w:line="14" w:lineRule="exact"/>
        <w:rPr>
          <w:lang w:val="ru-RU"/>
        </w:rPr>
      </w:pP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84" w:right="650" w:bottom="280" w:left="666" w:header="720" w:footer="720" w:gutter="0"/>
          <w:cols w:space="720" w:equalWidth="0">
            <w:col w:w="1058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 w:rsidRPr="00680172">
        <w:trPr>
          <w:trHeight w:hRule="exact" w:val="150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  <w:tc>
          <w:tcPr>
            <w:tcW w:w="2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  <w:tc>
          <w:tcPr>
            <w:tcW w:w="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07525">
            <w:pPr>
              <w:rPr>
                <w:lang w:val="ru-RU"/>
              </w:rPr>
            </w:pPr>
          </w:p>
        </w:tc>
      </w:tr>
    </w:tbl>
    <w:p w:rsidR="00E07525" w:rsidRPr="00E552DC" w:rsidRDefault="00E07525">
      <w:pPr>
        <w:autoSpaceDE w:val="0"/>
        <w:autoSpaceDN w:val="0"/>
        <w:spacing w:after="0" w:line="1494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148.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900DAC" w:rsidRDefault="00E552DC">
            <w:pPr>
              <w:autoSpaceDE w:val="0"/>
              <w:autoSpaceDN w:val="0"/>
              <w:spacing w:before="98" w:after="0" w:line="281" w:lineRule="auto"/>
              <w:ind w:left="576" w:right="432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Обстоятельство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типичные средства его выражения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 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 рамках изученного). </w:t>
            </w:r>
            <w:r w:rsidRPr="00900DA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Виды </w:t>
            </w:r>
            <w:r w:rsidRPr="00900DAC">
              <w:rPr>
                <w:lang w:val="ru-RU"/>
              </w:rPr>
              <w:br/>
            </w:r>
            <w:r w:rsidRPr="00900DA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обстоятельств по </w:t>
            </w:r>
            <w:r w:rsidRPr="00900DAC">
              <w:rPr>
                <w:lang w:val="ru-RU"/>
              </w:rPr>
              <w:br/>
            </w:r>
            <w:r w:rsidRPr="00900DA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значению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149.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Сжатое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изложение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Синтаксический анализ простых двусоставных предложений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45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151.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Простое осложненное </w:t>
            </w:r>
            <w:r w:rsidRPr="00E552DC">
              <w:rPr>
                <w:lang w:val="ru-RU"/>
              </w:rPr>
              <w:tab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предложение.</w:t>
            </w:r>
          </w:p>
          <w:p w:rsidR="00E07525" w:rsidRPr="00E552DC" w:rsidRDefault="00E552DC">
            <w:pPr>
              <w:autoSpaceDE w:val="0"/>
              <w:autoSpaceDN w:val="0"/>
              <w:spacing w:before="70" w:after="0" w:line="286" w:lineRule="auto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Однородные члены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предложения, их роль в речи. Предложения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однородными членами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(без союзов, с одиночным союзом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союзами А,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НО, ОДНАКО, ЗАТО, ДА (в значении И), ДА (в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значении НО)) и их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пунктуационное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оформление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31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506E84" w:rsidRDefault="00E552DC" w:rsidP="00506E84">
            <w:pPr>
              <w:autoSpaceDE w:val="0"/>
              <w:autoSpaceDN w:val="0"/>
              <w:spacing w:before="98" w:after="0" w:line="286" w:lineRule="auto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Предложения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однородными членами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(без союзов, с одиночным союзом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союзами А,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НО, ОДНАКО, ЗАТО, ДА (в значении И), ДА (в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значении НО)) и их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пунктуационное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оформление. </w:t>
            </w:r>
            <w:r w:rsidRPr="00506E8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8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 xml:space="preserve">153.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 w:rsidP="006F064E">
            <w:pPr>
              <w:autoSpaceDE w:val="0"/>
              <w:autoSpaceDN w:val="0"/>
              <w:spacing w:before="98" w:after="0" w:line="281" w:lineRule="auto"/>
              <w:ind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Предложения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обобщающим словом при однородных членах и их пунктуационное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оформление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04.05.2023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1900" w:h="16840"/>
          <w:pgMar w:top="0" w:right="650" w:bottom="52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Default="00E0752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154.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картине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155.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81" w:lineRule="auto"/>
              <w:ind w:left="576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обращениями. Обращение (однословное и </w:t>
            </w:r>
            <w:r w:rsidRPr="00E552DC">
              <w:rPr>
                <w:lang w:val="ru-RU"/>
              </w:rPr>
              <w:br/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неоднословное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)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средства его выражения.</w:t>
            </w:r>
          </w:p>
          <w:p w:rsidR="00E07525" w:rsidRDefault="00E552DC">
            <w:pPr>
              <w:autoSpaceDE w:val="0"/>
              <w:autoSpaceDN w:val="0"/>
              <w:spacing w:before="70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Пунктуационное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оформлениеобращения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156.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100" w:after="0" w:line="271" w:lineRule="auto"/>
              <w:ind w:left="156" w:right="288" w:hanging="15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Синтаксический анализ простых осложнённых предложений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100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Пунктуационный анализ простых осложнённых предложений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158.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81" w:lineRule="auto"/>
              <w:ind w:left="156" w:right="288" w:hanging="15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Предложения простые и сложные. Сложные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бессоюзной и союзной связью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B66BA9">
            <w:pPr>
              <w:autoSpaceDE w:val="0"/>
              <w:autoSpaceDN w:val="0"/>
              <w:spacing w:before="98" w:after="0" w:line="281" w:lineRule="auto"/>
              <w:ind w:left="576" w:right="288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 </w:t>
            </w:r>
            <w:r w:rsidR="00E552DC"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сложносочинённые и сложноподчинённые </w:t>
            </w:r>
            <w:r w:rsidR="00E552DC" w:rsidRPr="00E552DC">
              <w:rPr>
                <w:lang w:val="ru-RU"/>
              </w:rPr>
              <w:br/>
            </w:r>
            <w:r w:rsidR="00E552DC"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(общее представление, практическое усвоение)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160.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83" w:lineRule="auto"/>
              <w:ind w:left="576" w:right="144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Пунктуационное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оформление сложных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предложений, состоящих из частей, связанных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бессоюзной связью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союзами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НО, А,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ОДНАКО, ЗАТО, 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28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83" w:lineRule="auto"/>
              <w:ind w:left="576" w:right="144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предложений, состоящих из частей, связанных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бессоюзной связью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союзами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НО, А,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ОДНАКО, ЗАТО, ДА.</w:t>
            </w:r>
          </w:p>
          <w:p w:rsidR="00E07525" w:rsidRDefault="00E552DC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1900" w:h="16840"/>
          <w:pgMar w:top="284" w:right="650" w:bottom="78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Default="00E0752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E0752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162.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156" w:hanging="15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Предложения с прямой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речью. Пунктуационное оформление предложений с прямой речью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163.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Пунктуационное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оформление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диалога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164.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7370B6" w:rsidRDefault="00E552DC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темы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"Синтаксис и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пунктуация". </w:t>
            </w:r>
            <w:r w:rsidRPr="007370B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Диктант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165.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</w:t>
            </w:r>
            <w:r w:rsidRPr="00E552DC">
              <w:rPr>
                <w:lang w:val="ru-RU"/>
              </w:rPr>
              <w:tab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 классе. Фонетика.</w:t>
            </w:r>
          </w:p>
          <w:p w:rsidR="00E07525" w:rsidRDefault="00E552DC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  <w:p w:rsidR="00E07525" w:rsidRDefault="00E552DC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5 классе. Лексикология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5 классе. </w:t>
            </w:r>
            <w:proofErr w:type="spell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E07525" w:rsidRDefault="00E552DC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Орфография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 w:rsidRPr="006801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168.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</w:t>
            </w:r>
            <w:r w:rsidRPr="00E552DC">
              <w:rPr>
                <w:lang w:val="ru-RU"/>
              </w:rPr>
              <w:tab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 классе. Морфология.</w:t>
            </w:r>
          </w:p>
          <w:p w:rsidR="00E07525" w:rsidRDefault="00E552DC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Орфография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552DC">
              <w:rPr>
                <w:lang w:val="ru-RU"/>
              </w:rPr>
              <w:br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169.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Итоговая контрольная </w:t>
            </w:r>
            <w:r w:rsidRPr="00E552DC">
              <w:rPr>
                <w:lang w:val="ru-RU"/>
              </w:rPr>
              <w:tab/>
            </w: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за курс 5 класса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Анализконтрольной</w:t>
            </w:r>
            <w:proofErr w:type="spellEnd"/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7525">
        <w:trPr>
          <w:trHeight w:hRule="exact" w:val="808"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Pr="00E552DC" w:rsidRDefault="00E552DC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E552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07525" w:rsidRDefault="00E552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</w:t>
            </w:r>
          </w:p>
        </w:tc>
      </w:tr>
    </w:tbl>
    <w:p w:rsidR="00E07525" w:rsidRDefault="00E07525">
      <w:pPr>
        <w:autoSpaceDE w:val="0"/>
        <w:autoSpaceDN w:val="0"/>
        <w:spacing w:after="0" w:line="14" w:lineRule="exact"/>
      </w:pPr>
    </w:p>
    <w:p w:rsidR="00E07525" w:rsidRDefault="00E07525">
      <w:pPr>
        <w:sectPr w:rsidR="00E07525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bookmarkStart w:id="0" w:name="_GoBack"/>
      <w:bookmarkEnd w:id="0"/>
    </w:p>
    <w:p w:rsidR="00E07525" w:rsidRDefault="00E07525">
      <w:pPr>
        <w:autoSpaceDE w:val="0"/>
        <w:autoSpaceDN w:val="0"/>
        <w:spacing w:after="78" w:line="220" w:lineRule="exact"/>
      </w:pPr>
    </w:p>
    <w:p w:rsidR="00E07525" w:rsidRDefault="00E552DC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E07525" w:rsidRDefault="00E552DC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E07525" w:rsidRPr="00E552DC" w:rsidRDefault="00E552DC">
      <w:pPr>
        <w:autoSpaceDE w:val="0"/>
        <w:autoSpaceDN w:val="0"/>
        <w:spacing w:before="166" w:after="0" w:line="271" w:lineRule="auto"/>
        <w:ind w:right="576"/>
        <w:rPr>
          <w:lang w:val="ru-RU"/>
        </w:rPr>
      </w:pP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Ладыженская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Т.А., Баранов М. Т.,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Тростенцова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Л.А. и другие. Русский язык (в 2 частях), 5 класс/ Акционерное общество «Издательство «Просвещение»;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E07525" w:rsidRPr="00E552DC" w:rsidRDefault="00E552DC">
      <w:pPr>
        <w:autoSpaceDE w:val="0"/>
        <w:autoSpaceDN w:val="0"/>
        <w:spacing w:before="262"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E07525" w:rsidRPr="00E552DC" w:rsidRDefault="00E552DC">
      <w:pPr>
        <w:autoSpaceDE w:val="0"/>
        <w:autoSpaceDN w:val="0"/>
        <w:spacing w:before="166" w:after="0" w:line="271" w:lineRule="auto"/>
        <w:ind w:right="288"/>
        <w:rPr>
          <w:lang w:val="ru-RU"/>
        </w:rPr>
      </w:pP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Ладыженская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Т.А., Баранов М.Т.,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Тростенцова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Л.А. и др. Обучение русскому языку в 5 классе: Пособие для учителей и методистов;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Соловьева Н.Н. Русский язык. Диктанты и изложения: Пособие для учителей и методистов. 5 класс;</w:t>
      </w:r>
    </w:p>
    <w:p w:rsidR="00E07525" w:rsidRPr="00E552DC" w:rsidRDefault="00E552DC">
      <w:pPr>
        <w:autoSpaceDE w:val="0"/>
        <w:autoSpaceDN w:val="0"/>
        <w:spacing w:before="264"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E07525" w:rsidRDefault="00E552DC">
      <w:pPr>
        <w:autoSpaceDE w:val="0"/>
        <w:autoSpaceDN w:val="0"/>
        <w:spacing w:before="166" w:after="0" w:line="281" w:lineRule="auto"/>
        <w:ind w:right="144"/>
      </w:pPr>
      <w:r>
        <w:rPr>
          <w:rFonts w:ascii="Times New Roman" w:eastAsia="Times New Roman" w:hAnsi="Times New Roman"/>
          <w:color w:val="000000"/>
          <w:sz w:val="24"/>
        </w:rPr>
        <w:t>https://nsportal.ru/shkola/russkiy-yazyk/library/2019/09/03/rabochaya-programma-po-russkomuyazyku -5-klass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po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umk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>-e-a https://11klasov.net/13955 -russkij-jazyk-5-klass-v-2-chastjah-bystrova-ea-kibireva-lv-i-dr.html https://русское-слово.рф/catalog/catalogs/srednyaya-shkola-5-9/russkiy-yazyk-5-9-</w:t>
      </w:r>
      <w: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klass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russkiyyazyk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-5-</w:t>
      </w:r>
      <w: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klass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/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https://reshebnik.com/gdz/5-class/russkii_yazik/bistrova-kibereva/</w:t>
      </w:r>
    </w:p>
    <w:p w:rsidR="00E07525" w:rsidRPr="00E552DC" w:rsidRDefault="00E552DC">
      <w:pPr>
        <w:autoSpaceDE w:val="0"/>
        <w:autoSpaceDN w:val="0"/>
        <w:spacing w:before="406" w:after="0" w:line="288" w:lineRule="auto"/>
        <w:ind w:right="144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�http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– образовательный портал «Российской образование»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�http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– национальный портал «Российский общеобразовательный портал»</w:t>
      </w:r>
      <w:r>
        <w:rPr>
          <w:rFonts w:ascii="Times New Roman" w:eastAsia="Times New Roman" w:hAnsi="Times New Roman"/>
          <w:color w:val="000000"/>
          <w:sz w:val="24"/>
        </w:rPr>
        <w:t>�http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ict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– специализированный портал «Информационно-коммуникационные технологии в образовании»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�http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valeo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data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index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php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- специализированный портал «Здоровье и образование» </w:t>
      </w:r>
      <w:r>
        <w:rPr>
          <w:rFonts w:ascii="Times New Roman" w:eastAsia="Times New Roman" w:hAnsi="Times New Roman"/>
          <w:color w:val="000000"/>
          <w:sz w:val="24"/>
        </w:rPr>
        <w:t>�http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ucheba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- образовательный портал «УЧЕБА»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�http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alledu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– “Все образование в интернет”. Образовательный информационный портал</w:t>
      </w:r>
      <w:r>
        <w:rPr>
          <w:rFonts w:ascii="Times New Roman" w:eastAsia="Times New Roman" w:hAnsi="Times New Roman"/>
          <w:color w:val="000000"/>
          <w:sz w:val="24"/>
        </w:rPr>
        <w:t>�http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college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– первый в России образовательный интернет-портал, включающий обучение школьников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�http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prosv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сайт издательства «Просвещение»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�http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gramota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Грамота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.Р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у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(справочно-информационный интернет- портал«Русский язык»).</w:t>
      </w:r>
    </w:p>
    <w:p w:rsidR="00E07525" w:rsidRPr="00E552DC" w:rsidRDefault="00E552DC">
      <w:pPr>
        <w:autoSpaceDE w:val="0"/>
        <w:autoSpaceDN w:val="0"/>
        <w:spacing w:before="72" w:after="0" w:line="271" w:lineRule="auto"/>
        <w:ind w:right="2356"/>
        <w:jc w:val="both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�http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.1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september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электронная версия газеты «Русский язык».</w:t>
      </w:r>
      <w:r>
        <w:rPr>
          <w:rFonts w:ascii="Times New Roman" w:eastAsia="Times New Roman" w:hAnsi="Times New Roman"/>
          <w:color w:val="000000"/>
          <w:sz w:val="24"/>
        </w:rPr>
        <w:t>�http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rusword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ua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сайт по русской филологии «Мир русского слова»</w:t>
      </w:r>
      <w:r>
        <w:rPr>
          <w:rFonts w:ascii="Times New Roman" w:eastAsia="Times New Roman" w:hAnsi="Times New Roman"/>
          <w:color w:val="000000"/>
          <w:sz w:val="24"/>
        </w:rPr>
        <w:t>�http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ruscenter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РОФ «Центр развития русского языка».</w:t>
      </w:r>
      <w:proofErr w:type="gramEnd"/>
    </w:p>
    <w:p w:rsidR="00E07525" w:rsidRPr="00E552DC" w:rsidRDefault="00E552DC">
      <w:pPr>
        <w:autoSpaceDE w:val="0"/>
        <w:autoSpaceDN w:val="0"/>
        <w:spacing w:before="70" w:after="0" w:line="262" w:lineRule="auto"/>
        <w:ind w:right="432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�http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center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fio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мастерская «В помощь учителю.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Русский язык» Московского центра </w:t>
      </w:r>
      <w:proofErr w:type="spellStart"/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интернет-образования</w:t>
      </w:r>
      <w:proofErr w:type="spellEnd"/>
      <w:proofErr w:type="gramEnd"/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07525" w:rsidRPr="00E552DC" w:rsidRDefault="00E07525">
      <w:pPr>
        <w:autoSpaceDE w:val="0"/>
        <w:autoSpaceDN w:val="0"/>
        <w:spacing w:after="78" w:line="220" w:lineRule="exact"/>
        <w:rPr>
          <w:lang w:val="ru-RU"/>
        </w:rPr>
      </w:pPr>
    </w:p>
    <w:p w:rsidR="00E07525" w:rsidRPr="00E552DC" w:rsidRDefault="00E552DC">
      <w:pPr>
        <w:autoSpaceDE w:val="0"/>
        <w:autoSpaceDN w:val="0"/>
        <w:spacing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E07525" w:rsidRPr="00E552DC" w:rsidRDefault="00E552DC">
      <w:pPr>
        <w:autoSpaceDE w:val="0"/>
        <w:autoSpaceDN w:val="0"/>
        <w:spacing w:before="346"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E07525" w:rsidRPr="00E552DC" w:rsidRDefault="00E552DC">
      <w:pPr>
        <w:autoSpaceDE w:val="0"/>
        <w:autoSpaceDN w:val="0"/>
        <w:spacing w:before="166"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Школьные словари русского языка</w:t>
      </w:r>
    </w:p>
    <w:p w:rsidR="00E07525" w:rsidRPr="00E552DC" w:rsidRDefault="00E552DC">
      <w:pPr>
        <w:autoSpaceDE w:val="0"/>
        <w:autoSpaceDN w:val="0"/>
        <w:spacing w:before="406" w:after="0"/>
        <w:ind w:right="720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�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Б а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а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 в М. Т. Школьный орфографический словарь русского языка.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М.,2011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Л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ь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 о в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. В. Школьный орфоэпический словарь русского языка. — М., 2010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Ж у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к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 в А. В. Школьный лексико-фразеологический словарь русского языка. — М., 2010</w:t>
      </w:r>
      <w:r>
        <w:rPr>
          <w:rFonts w:ascii="Times New Roman" w:eastAsia="Times New Roman" w:hAnsi="Times New Roman"/>
          <w:color w:val="000000"/>
          <w:sz w:val="24"/>
        </w:rPr>
        <w:t>�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К </w:t>
      </w:r>
      <w:proofErr w:type="spellStart"/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ы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с и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Л. П. Школьный словарь иностранных слов. — М., 1997 и последующие издания.</w:t>
      </w:r>
    </w:p>
    <w:p w:rsidR="00E07525" w:rsidRPr="00E552DC" w:rsidRDefault="00E552DC">
      <w:pPr>
        <w:autoSpaceDE w:val="0"/>
        <w:autoSpaceDN w:val="0"/>
        <w:spacing w:before="70" w:after="0" w:line="230" w:lineRule="auto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�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К в я т к о в с к и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й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А. П. Школьный поэтический словарь.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М., 1998 и последующие издания.</w:t>
      </w:r>
    </w:p>
    <w:p w:rsidR="00E07525" w:rsidRPr="00E552DC" w:rsidRDefault="00E552DC">
      <w:pPr>
        <w:autoSpaceDE w:val="0"/>
        <w:autoSpaceDN w:val="0"/>
        <w:spacing w:before="72" w:after="0" w:line="281" w:lineRule="auto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�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Л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ь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 о в а С. И. Краткий орфографический словарь с этимологическими комментариями.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—М., 2004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Л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ь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 о в М. Р. Школьный словарь антонимов русского языка. — М., 2010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Л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ь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 о в а С. И. Краткий словообразовательный словарь школьника. — М., 2004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а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 в Б. Т., Т е к у ч ё в А. В. Школьный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грамматико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- орфографический словарь русского языка.</w:t>
      </w:r>
    </w:p>
    <w:p w:rsidR="00E07525" w:rsidRPr="00E552DC" w:rsidRDefault="00E552DC">
      <w:pPr>
        <w:autoSpaceDE w:val="0"/>
        <w:autoSpaceDN w:val="0"/>
        <w:spacing w:before="70" w:after="0" w:line="288" w:lineRule="auto"/>
        <w:rPr>
          <w:lang w:val="ru-RU"/>
        </w:rPr>
      </w:pP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— М., 1991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Школьный словарь иностранных слов / под ред. В. В. Иванова. — М., 2006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 т и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х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а З. А. Школьный словарь строения слов русского языка. — М., 1998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Львова С.И. Схемы-таблицы по русскому языку: Орфография и пунктуация. Раздаточные </w:t>
      </w:r>
      <w:r w:rsidRPr="00E552DC">
        <w:rPr>
          <w:lang w:val="ru-RU"/>
        </w:rPr>
        <w:br/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материалы. — М., 2005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С к о </w:t>
      </w:r>
      <w:proofErr w:type="spellStart"/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л у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 в с к а я Е. В., С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е т о в а Г. П. Школьный толковый словарь русского языка с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лексико-грамматически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ми формами. — М., 2000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Ч е с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к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 в а Л. Д., Ч е с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 к о в С. П. Школьный словарь строения и изменения слов русского языка. — 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М., 2006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Т и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х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 в А. Н. Школьный словообразовательный словарь русского языка.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— М., 1991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Ш</w:t>
      </w:r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а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с к и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й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Н. М., Б о б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р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 в а Т. А. Школьный этимологический словарь русского языка: Происхождение слов. — М., 2000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Шанский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Н. М., З и м и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н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В. И., Ф и л и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п</w:t>
      </w:r>
      <w:proofErr w:type="spellEnd"/>
      <w:proofErr w:type="gram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о в А. В. Школьный фразеологический словарь русского языка: Значение и происхождение словосочетаний. — М., 2000</w:t>
      </w:r>
    </w:p>
    <w:p w:rsidR="00E07525" w:rsidRPr="00E552DC" w:rsidRDefault="00E552DC">
      <w:pPr>
        <w:autoSpaceDE w:val="0"/>
        <w:autoSpaceDN w:val="0"/>
        <w:spacing w:before="600" w:after="0" w:line="230" w:lineRule="auto"/>
        <w:rPr>
          <w:lang w:val="ru-RU"/>
        </w:rPr>
      </w:pPr>
      <w:r w:rsidRPr="00E552DC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E07525" w:rsidRPr="00E552DC" w:rsidRDefault="00E552DC">
      <w:pPr>
        <w:autoSpaceDE w:val="0"/>
        <w:autoSpaceDN w:val="0"/>
        <w:spacing w:before="168" w:after="0" w:line="281" w:lineRule="auto"/>
        <w:ind w:right="748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�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Компьютер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>Мультимедийный</w:t>
      </w:r>
      <w:proofErr w:type="spellEnd"/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проектор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Колонки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Экранно-звуковые пособия</w:t>
      </w:r>
      <w:r w:rsidRPr="00E552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�</w:t>
      </w:r>
      <w:r w:rsidRPr="00E552DC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Презентации к занятиям</w:t>
      </w:r>
    </w:p>
    <w:p w:rsidR="00E07525" w:rsidRPr="00E552DC" w:rsidRDefault="00E07525">
      <w:pPr>
        <w:rPr>
          <w:lang w:val="ru-RU"/>
        </w:rPr>
        <w:sectPr w:rsidR="00E07525" w:rsidRPr="00E552D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552DC" w:rsidRPr="00E552DC" w:rsidRDefault="00E552DC">
      <w:pPr>
        <w:rPr>
          <w:lang w:val="ru-RU"/>
        </w:rPr>
      </w:pPr>
    </w:p>
    <w:sectPr w:rsidR="00E552DC" w:rsidRPr="00E552DC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47730"/>
    <w:rsid w:val="00034616"/>
    <w:rsid w:val="00051E09"/>
    <w:rsid w:val="0006063C"/>
    <w:rsid w:val="0010438C"/>
    <w:rsid w:val="00122C04"/>
    <w:rsid w:val="0015074B"/>
    <w:rsid w:val="00195375"/>
    <w:rsid w:val="00247C4E"/>
    <w:rsid w:val="0029639D"/>
    <w:rsid w:val="002D73EA"/>
    <w:rsid w:val="00326F90"/>
    <w:rsid w:val="00353A45"/>
    <w:rsid w:val="00422631"/>
    <w:rsid w:val="004F3ED3"/>
    <w:rsid w:val="00506E84"/>
    <w:rsid w:val="005278FC"/>
    <w:rsid w:val="00534356"/>
    <w:rsid w:val="00573285"/>
    <w:rsid w:val="005C0D16"/>
    <w:rsid w:val="00680172"/>
    <w:rsid w:val="006F064E"/>
    <w:rsid w:val="007370B6"/>
    <w:rsid w:val="007674E8"/>
    <w:rsid w:val="00791C42"/>
    <w:rsid w:val="007B5484"/>
    <w:rsid w:val="00900DAC"/>
    <w:rsid w:val="00A83286"/>
    <w:rsid w:val="00AA1D8D"/>
    <w:rsid w:val="00B47730"/>
    <w:rsid w:val="00B66BA9"/>
    <w:rsid w:val="00C21144"/>
    <w:rsid w:val="00C64B39"/>
    <w:rsid w:val="00CB0664"/>
    <w:rsid w:val="00CF1E6D"/>
    <w:rsid w:val="00D4740E"/>
    <w:rsid w:val="00E07525"/>
    <w:rsid w:val="00E552DC"/>
    <w:rsid w:val="00FB4001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7B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7B5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1F798B-8209-414A-B769-56BF9CE08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11887</Words>
  <Characters>67759</Characters>
  <Application>Microsoft Office Word</Application>
  <DocSecurity>0</DocSecurity>
  <Lines>564</Lines>
  <Paragraphs>158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79488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ШКОЛА</cp:lastModifiedBy>
  <cp:revision>11</cp:revision>
  <dcterms:created xsi:type="dcterms:W3CDTF">2013-12-23T23:15:00Z</dcterms:created>
  <dcterms:modified xsi:type="dcterms:W3CDTF">2023-03-06T09:57:00Z</dcterms:modified>
  <cp:category/>
</cp:coreProperties>
</file>